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2DC7E" w14:textId="2D85AE72" w:rsidR="003F7676" w:rsidRPr="003A7A7F" w:rsidRDefault="003F7676" w:rsidP="003F7676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val="es-ES_tradnl"/>
        </w:rPr>
      </w:pPr>
      <w:r w:rsidRPr="003A7A7F">
        <w:rPr>
          <w:rFonts w:ascii="Arial" w:eastAsia="Times New Roman" w:hAnsi="Arial" w:cs="Arial"/>
          <w:sz w:val="20"/>
          <w:szCs w:val="20"/>
          <w:lang w:val="es-ES_tradnl"/>
        </w:rPr>
        <w:t>Formato: C</w:t>
      </w:r>
      <w:r w:rsidRPr="003A7A7F">
        <w:rPr>
          <w:rFonts w:ascii="Arial" w:eastAsia="Times New Roman" w:hAnsi="Arial" w:cs="Arial"/>
          <w:b/>
          <w:bCs/>
          <w:sz w:val="20"/>
          <w:szCs w:val="20"/>
          <w:lang w:val="es-ES_tradnl"/>
        </w:rPr>
        <w:t>-P-2026-O-</w:t>
      </w:r>
      <w:r>
        <w:rPr>
          <w:rFonts w:ascii="Arial" w:eastAsia="Times New Roman" w:hAnsi="Arial" w:cs="Arial"/>
          <w:b/>
          <w:bCs/>
          <w:sz w:val="20"/>
          <w:szCs w:val="20"/>
          <w:lang w:val="es-ES_tradnl"/>
        </w:rPr>
        <w:t>0</w:t>
      </w:r>
    </w:p>
    <w:p w14:paraId="6531B399" w14:textId="77777777" w:rsidR="003F7676" w:rsidRPr="003A7A7F" w:rsidRDefault="003F7676" w:rsidP="003F7676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val="es-ES_tradnl"/>
        </w:rPr>
      </w:pPr>
      <w:r w:rsidRPr="003A7A7F">
        <w:rPr>
          <w:rFonts w:ascii="Arial" w:eastAsia="Times New Roman" w:hAnsi="Arial" w:cs="Arial"/>
          <w:sz w:val="20"/>
          <w:szCs w:val="20"/>
          <w:lang w:val="es-ES_tradnl"/>
        </w:rPr>
        <w:t xml:space="preserve">Cuestionario </w:t>
      </w:r>
    </w:p>
    <w:p w14:paraId="3EC3EF04" w14:textId="2B23F16E" w:rsidR="003F7676" w:rsidRPr="003A7A7F" w:rsidRDefault="003F7676" w:rsidP="003F7676">
      <w:pPr>
        <w:spacing w:after="0"/>
        <w:jc w:val="center"/>
        <w:rPr>
          <w:b/>
          <w:lang w:val="es-CO"/>
        </w:rPr>
      </w:pPr>
      <w:r w:rsidRPr="003A7A7F">
        <w:rPr>
          <w:b/>
          <w:lang w:val="es-CO"/>
        </w:rPr>
        <w:t xml:space="preserve">CUESTIONARIO DE </w:t>
      </w:r>
      <w:r w:rsidRPr="003A7A7F">
        <w:rPr>
          <w:b/>
          <w:color w:val="0070C0"/>
          <w:lang w:val="es-CO"/>
        </w:rPr>
        <w:t xml:space="preserve">VARIABLE DEPENDIENTE: </w:t>
      </w:r>
      <w:r w:rsidRPr="003A7A7F">
        <w:rPr>
          <w:b/>
          <w:lang w:val="es-CO"/>
        </w:rPr>
        <w:t>ENTORNOS SEGUROS, INCLUSIVOS Y ACCESIBLES PARA EL APRENDIZAJE-</w:t>
      </w:r>
      <w:r w:rsidRPr="003A7A7F">
        <w:rPr>
          <w:lang w:val="es-CO"/>
        </w:rPr>
        <w:t xml:space="preserve"> </w:t>
      </w:r>
      <w:r w:rsidRPr="003F7676">
        <w:rPr>
          <w:b/>
          <w:color w:val="0070C0"/>
          <w:lang w:val="es-CO"/>
        </w:rPr>
        <w:t>Autorregulación y conciencia emocional- Empatía, entorno protector y toma de decisiones- Convivencia escolar</w:t>
      </w:r>
    </w:p>
    <w:p w14:paraId="7DB53EA5" w14:textId="77777777" w:rsidR="003F7676" w:rsidRPr="003A7A7F" w:rsidRDefault="003F7676" w:rsidP="003F7676">
      <w:pPr>
        <w:spacing w:after="0"/>
        <w:jc w:val="center"/>
        <w:rPr>
          <w:i/>
          <w:lang w:val="es-CO"/>
        </w:rPr>
      </w:pPr>
    </w:p>
    <w:p w14:paraId="2D314A1C" w14:textId="77777777" w:rsidR="003F7676" w:rsidRPr="003A7A7F" w:rsidRDefault="003F7676" w:rsidP="003F7676">
      <w:pPr>
        <w:spacing w:after="0"/>
        <w:jc w:val="center"/>
        <w:rPr>
          <w:rFonts w:ascii="Arial" w:hAnsi="Arial" w:cs="Arial"/>
          <w:sz w:val="18"/>
          <w:szCs w:val="18"/>
          <w:lang w:val="es-CO"/>
        </w:rPr>
      </w:pPr>
      <w:r w:rsidRPr="003A7A7F">
        <w:rPr>
          <w:i/>
          <w:lang w:val="es-CO"/>
        </w:rPr>
        <w:t>Proyecto: Entornos Seguros, Inclusivos y Accesibles mediados por Tecnologías Emergentes</w:t>
      </w:r>
    </w:p>
    <w:p w14:paraId="56F4EBE9" w14:textId="77777777" w:rsidR="003F7676" w:rsidRPr="003A7A7F" w:rsidRDefault="003F7676" w:rsidP="003F7676">
      <w:pPr>
        <w:rPr>
          <w:rFonts w:cs="Arial"/>
          <w:lang w:val="es-CO"/>
        </w:rPr>
      </w:pPr>
    </w:p>
    <w:p w14:paraId="0D0B3E63" w14:textId="77777777" w:rsidR="003F7676" w:rsidRPr="003A7A7F" w:rsidRDefault="003F7676" w:rsidP="003F7676">
      <w:pPr>
        <w:rPr>
          <w:rFonts w:cs="Arial"/>
          <w:lang w:val="es-CO"/>
        </w:rPr>
      </w:pPr>
      <w:r w:rsidRPr="003A7A7F">
        <w:rPr>
          <w:rFonts w:cs="Arial"/>
          <w:lang w:val="es-CO"/>
        </w:rPr>
        <w:t>Este cuestionario tiene como propósito Recabar información sobre la percepción y el uso de prácticas pedagógicas socioemocionales, inclusivas, accesibles y seguras por parte de docentes estudiantes de maestría, así como el nivel de integración de tecnologías emergentes en sus contextos educativos.</w:t>
      </w:r>
    </w:p>
    <w:p w14:paraId="03650F4B" w14:textId="77777777" w:rsidR="003F7676" w:rsidRPr="003A7A7F" w:rsidRDefault="003F7676" w:rsidP="003F7676">
      <w:pPr>
        <w:rPr>
          <w:rFonts w:cs="Arial"/>
          <w:lang w:val="es-CO"/>
        </w:rPr>
      </w:pPr>
      <w:r w:rsidRPr="003A7A7F">
        <w:rPr>
          <w:rFonts w:cs="Arial"/>
          <w:lang w:val="es-CO"/>
        </w:rPr>
        <w:t>NOMBRE: _________________________________________________________</w:t>
      </w:r>
    </w:p>
    <w:p w14:paraId="570873FB" w14:textId="77777777" w:rsidR="003F7676" w:rsidRPr="003A7A7F" w:rsidRDefault="003F7676" w:rsidP="003F7676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GRADO ESCOLAR: _____________________________________________</w:t>
      </w:r>
    </w:p>
    <w:p w14:paraId="7A5645D0" w14:textId="77777777" w:rsidR="003F7676" w:rsidRPr="003A7A7F" w:rsidRDefault="003F7676" w:rsidP="003F7676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INSTITUCIÓN EDUCATIVA: __________________________________________</w:t>
      </w:r>
    </w:p>
    <w:p w14:paraId="5AC13066" w14:textId="77777777" w:rsidR="003F7676" w:rsidRPr="003A7A7F" w:rsidRDefault="003F7676" w:rsidP="003F7676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CIUDAD: __________________________________________________________</w:t>
      </w:r>
    </w:p>
    <w:p w14:paraId="406AB25D" w14:textId="77777777" w:rsidR="003F7676" w:rsidRPr="003A7A7F" w:rsidRDefault="003F7676" w:rsidP="003F7676">
      <w:pPr>
        <w:spacing w:after="0" w:line="240" w:lineRule="auto"/>
        <w:rPr>
          <w:rFonts w:cs="Arial"/>
          <w:lang w:val="es-CO"/>
        </w:rPr>
      </w:pPr>
      <w:r w:rsidRPr="003A7A7F">
        <w:rPr>
          <w:rFonts w:cs="Arial"/>
          <w:lang w:val="es-CO"/>
        </w:rPr>
        <w:t>DEPARTAMENTO: _________________________________________________</w:t>
      </w:r>
    </w:p>
    <w:p w14:paraId="39BC40A7" w14:textId="49EAE7AF" w:rsidR="003F7676" w:rsidRPr="003F7676" w:rsidRDefault="003F7676" w:rsidP="003F7676">
      <w:pPr>
        <w:spacing w:after="0" w:line="240" w:lineRule="auto"/>
        <w:rPr>
          <w:rFonts w:cs="Arial"/>
          <w:b/>
          <w:bCs/>
          <w:color w:val="0070C0"/>
          <w:lang w:val="es-CO"/>
        </w:rPr>
      </w:pPr>
      <w:r w:rsidRPr="003A7A7F">
        <w:rPr>
          <w:rFonts w:cs="Arial"/>
          <w:lang w:val="es-CO"/>
        </w:rPr>
        <w:t xml:space="preserve">DIMENSIÓN: </w:t>
      </w:r>
      <w:r w:rsidRPr="003A7A7F">
        <w:rPr>
          <w:rFonts w:cs="Arial"/>
          <w:b/>
          <w:bCs/>
          <w:color w:val="0070C0"/>
          <w:lang w:val="es-CO"/>
        </w:rPr>
        <w:t>Empatía, entorno protector y toma de decisiones</w:t>
      </w:r>
      <w:r w:rsidRPr="003A7A7F">
        <w:rPr>
          <w:rFonts w:cs="Arial"/>
          <w:lang w:val="es-CO"/>
        </w:rPr>
        <w:br/>
      </w:r>
      <w:r w:rsidRPr="003F7676">
        <w:rPr>
          <w:rFonts w:cs="Arial"/>
          <w:lang w:val="es-CO"/>
        </w:rPr>
        <w:t>DIMENSIÓN I</w:t>
      </w:r>
      <w:r w:rsidRPr="003F7676">
        <w:rPr>
          <w:rFonts w:cs="Arial"/>
          <w:lang w:val="es-CO"/>
        </w:rPr>
        <w:t xml:space="preserve">. </w:t>
      </w:r>
      <w:r w:rsidRPr="003F7676">
        <w:rPr>
          <w:rFonts w:cs="Arial"/>
          <w:b/>
          <w:bCs/>
          <w:color w:val="0070C0"/>
          <w:lang w:val="es-CO"/>
        </w:rPr>
        <w:t>Autorregulación y conciencia emocional</w:t>
      </w:r>
    </w:p>
    <w:p w14:paraId="06090A8F" w14:textId="1614E36C" w:rsidR="003F7676" w:rsidRPr="003F7676" w:rsidRDefault="003F7676" w:rsidP="003F7676">
      <w:pPr>
        <w:spacing w:after="0" w:line="240" w:lineRule="auto"/>
        <w:rPr>
          <w:rFonts w:cs="Arial"/>
          <w:lang w:val="es-CO"/>
        </w:rPr>
      </w:pPr>
      <w:r w:rsidRPr="003F7676">
        <w:rPr>
          <w:rFonts w:cs="Arial"/>
          <w:lang w:val="es-CO"/>
        </w:rPr>
        <w:t>INDICADOR</w:t>
      </w:r>
      <w:r w:rsidRPr="003F7676">
        <w:rPr>
          <w:rFonts w:cs="Arial"/>
          <w:lang w:val="es-CO"/>
        </w:rPr>
        <w:t>: Gestiona adecuadamente emociones ante situaciones de frustración, conflicto, presión académica, reconocimiento de la diversidad y valoración de las diferencias.</w:t>
      </w:r>
    </w:p>
    <w:p w14:paraId="23E6B2CB" w14:textId="5DA8275B" w:rsidR="003F7676" w:rsidRPr="003F7676" w:rsidRDefault="003F7676" w:rsidP="003F7676">
      <w:pPr>
        <w:spacing w:after="0" w:line="240" w:lineRule="auto"/>
        <w:rPr>
          <w:rFonts w:cs="Arial"/>
          <w:b/>
          <w:bCs/>
          <w:color w:val="0070C0"/>
          <w:lang w:val="es-CO"/>
        </w:rPr>
      </w:pPr>
      <w:r w:rsidRPr="003F7676">
        <w:rPr>
          <w:rFonts w:cs="Arial"/>
          <w:lang w:val="es-CO"/>
        </w:rPr>
        <w:t xml:space="preserve">DIMENSIÓN II. </w:t>
      </w:r>
      <w:r w:rsidRPr="003F7676">
        <w:rPr>
          <w:rFonts w:cs="Arial"/>
          <w:b/>
          <w:bCs/>
          <w:color w:val="0070C0"/>
          <w:lang w:val="es-CO"/>
        </w:rPr>
        <w:t>Empatía, entorno protector y toma de decisiones</w:t>
      </w:r>
    </w:p>
    <w:p w14:paraId="6465DAFA" w14:textId="2BC554AC" w:rsidR="003F7676" w:rsidRPr="003F7676" w:rsidRDefault="003F7676" w:rsidP="003F7676">
      <w:pPr>
        <w:spacing w:after="0" w:line="240" w:lineRule="auto"/>
        <w:rPr>
          <w:rFonts w:cs="Arial"/>
          <w:lang w:val="es-CO"/>
        </w:rPr>
      </w:pPr>
      <w:r w:rsidRPr="003F7676">
        <w:rPr>
          <w:rFonts w:cs="Arial"/>
          <w:lang w:val="es-CO"/>
        </w:rPr>
        <w:t>INDICADOR:</w:t>
      </w:r>
      <w:r w:rsidRPr="003F7676">
        <w:rPr>
          <w:rFonts w:cs="Arial"/>
          <w:lang w:val="es-CO"/>
        </w:rPr>
        <w:t xml:space="preserve"> Reconoce y valora las emociones en el entorno educativo como un espacio seguro y establece relaciones respetuosas y colaborativas.</w:t>
      </w:r>
    </w:p>
    <w:p w14:paraId="328EA2BB" w14:textId="6B8CA491" w:rsidR="003F7676" w:rsidRPr="003F7676" w:rsidRDefault="003F7676" w:rsidP="003F7676">
      <w:pPr>
        <w:spacing w:after="0" w:line="240" w:lineRule="auto"/>
        <w:rPr>
          <w:rFonts w:cs="Arial"/>
          <w:lang w:val="es-CO"/>
        </w:rPr>
      </w:pPr>
      <w:r w:rsidRPr="003F7676">
        <w:rPr>
          <w:rFonts w:cs="Arial"/>
          <w:lang w:val="es-CO"/>
        </w:rPr>
        <w:t>DIMENSIÓN III</w:t>
      </w:r>
      <w:r w:rsidRPr="003F7676">
        <w:rPr>
          <w:rFonts w:cs="Arial"/>
          <w:lang w:val="es-CO"/>
        </w:rPr>
        <w:t xml:space="preserve">. </w:t>
      </w:r>
      <w:r w:rsidRPr="003F7676">
        <w:rPr>
          <w:rFonts w:cs="Arial"/>
          <w:b/>
          <w:bCs/>
          <w:color w:val="0070C0"/>
          <w:lang w:val="es-CO"/>
        </w:rPr>
        <w:t>Convivencia escolar</w:t>
      </w:r>
    </w:p>
    <w:p w14:paraId="1555ADC2" w14:textId="3C82122E" w:rsidR="003F7676" w:rsidRPr="003A7A7F" w:rsidRDefault="003F7676" w:rsidP="003F7676">
      <w:pPr>
        <w:spacing w:after="0" w:line="240" w:lineRule="auto"/>
        <w:rPr>
          <w:rFonts w:ascii="Arial" w:hAnsi="Arial" w:cs="Arial"/>
          <w:sz w:val="18"/>
          <w:szCs w:val="18"/>
          <w:lang w:val="es-CO"/>
        </w:rPr>
      </w:pPr>
      <w:r w:rsidRPr="003F7676">
        <w:rPr>
          <w:rFonts w:cs="Arial"/>
          <w:lang w:val="es-CO"/>
        </w:rPr>
        <w:t xml:space="preserve">INDICADOR: </w:t>
      </w:r>
      <w:r w:rsidRPr="003F7676">
        <w:rPr>
          <w:rFonts w:cs="Arial"/>
          <w:lang w:val="es-CO"/>
        </w:rPr>
        <w:t>Promueve el diálogo, la tolerancia y la solución pacífica de conflictos mediante decisiones informadas</w:t>
      </w:r>
    </w:p>
    <w:tbl>
      <w:tblPr>
        <w:tblStyle w:val="Tablaconcuadrcula1"/>
        <w:tblW w:w="9209" w:type="dxa"/>
        <w:tblLook w:val="04A0" w:firstRow="1" w:lastRow="0" w:firstColumn="1" w:lastColumn="0" w:noHBand="0" w:noVBand="1"/>
      </w:tblPr>
      <w:tblGrid>
        <w:gridCol w:w="3438"/>
        <w:gridCol w:w="1977"/>
        <w:gridCol w:w="1131"/>
        <w:gridCol w:w="2663"/>
      </w:tblGrid>
      <w:tr w:rsidR="003F7676" w:rsidRPr="003A7A7F" w14:paraId="0851E3B8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973D" w14:textId="77777777" w:rsidR="003F7676" w:rsidRPr="003A7A7F" w:rsidRDefault="003F7676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Nombre del instrumento: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B5A2" w14:textId="1E8946EA" w:rsidR="003F7676" w:rsidRPr="003A7A7F" w:rsidRDefault="003F7676" w:rsidP="007A1927">
            <w:pPr>
              <w:rPr>
                <w:rFonts w:cs="Arial"/>
                <w:lang w:val="es-ES_tradnl"/>
              </w:rPr>
            </w:pPr>
            <w:r w:rsidRPr="003A7A7F">
              <w:rPr>
                <w:rFonts w:cs="Arial"/>
                <w:b/>
                <w:bCs/>
                <w:lang w:val="es-CO"/>
              </w:rPr>
              <w:t>CUESTIONARIO DE VARIABLE DEPENDIENTE: ENTORNOS SEGUROS, INCLUSIVOS Y ACCESIBLES PARA EL APRENDIZAJE</w:t>
            </w:r>
            <w:r>
              <w:rPr>
                <w:rFonts w:cs="Arial"/>
                <w:b/>
                <w:bCs/>
                <w:lang w:val="es-CO"/>
              </w:rPr>
              <w:t>-</w:t>
            </w:r>
            <w:r w:rsidRPr="003F7676">
              <w:rPr>
                <w:lang w:val="es-CO"/>
              </w:rPr>
              <w:t xml:space="preserve"> </w:t>
            </w:r>
            <w:r w:rsidRPr="003F7676">
              <w:rPr>
                <w:rFonts w:cs="Arial"/>
                <w:b/>
                <w:bCs/>
                <w:color w:val="0070C0"/>
                <w:lang w:val="es-CO"/>
              </w:rPr>
              <w:t>Autorregulación y conciencia emocional</w:t>
            </w:r>
            <w:r w:rsidRPr="003F7676">
              <w:rPr>
                <w:rFonts w:cs="Arial"/>
                <w:b/>
                <w:bCs/>
                <w:color w:val="0070C0"/>
                <w:lang w:val="es-CO"/>
              </w:rPr>
              <w:t>-</w:t>
            </w:r>
            <w:r w:rsidRPr="003F7676">
              <w:rPr>
                <w:color w:val="0070C0"/>
                <w:lang w:val="es-CO"/>
              </w:rPr>
              <w:t xml:space="preserve"> </w:t>
            </w:r>
            <w:r w:rsidRPr="003F7676">
              <w:rPr>
                <w:rFonts w:cs="Arial"/>
                <w:b/>
                <w:bCs/>
                <w:color w:val="0070C0"/>
                <w:lang w:val="es-CO"/>
              </w:rPr>
              <w:t>Empatía, entorno protector y toma de decisiones</w:t>
            </w:r>
            <w:r w:rsidRPr="003F7676">
              <w:rPr>
                <w:rFonts w:cs="Arial"/>
                <w:b/>
                <w:bCs/>
                <w:color w:val="0070C0"/>
                <w:lang w:val="es-CO"/>
              </w:rPr>
              <w:t>-</w:t>
            </w:r>
            <w:r w:rsidRPr="003F7676">
              <w:rPr>
                <w:color w:val="0070C0"/>
                <w:lang w:val="es-CO"/>
              </w:rPr>
              <w:t xml:space="preserve"> </w:t>
            </w:r>
            <w:r w:rsidRPr="003F7676">
              <w:rPr>
                <w:rFonts w:cs="Arial"/>
                <w:b/>
                <w:bCs/>
                <w:color w:val="0070C0"/>
                <w:lang w:val="es-CO"/>
              </w:rPr>
              <w:t>Convivencia escolar</w:t>
            </w:r>
          </w:p>
        </w:tc>
      </w:tr>
      <w:tr w:rsidR="003F7676" w:rsidRPr="003A7A7F" w14:paraId="2CFEF058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B17B" w14:textId="77777777" w:rsidR="003F7676" w:rsidRPr="003A7A7F" w:rsidRDefault="003F7676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Tipo: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98E5" w14:textId="77777777" w:rsidR="003F7676" w:rsidRPr="003A7A7F" w:rsidRDefault="003F7676" w:rsidP="007A1927">
            <w:pPr>
              <w:rPr>
                <w:rFonts w:cs="Arial"/>
              </w:rPr>
            </w:pPr>
            <w:r w:rsidRPr="003A7A7F">
              <w:rPr>
                <w:rFonts w:cs="Arial"/>
                <w:lang w:val="es-CO"/>
              </w:rPr>
              <w:t>Escala tipo Likert (1 a 4)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6189" w14:textId="77777777" w:rsidR="003F7676" w:rsidRPr="003A7A7F" w:rsidRDefault="003F7676" w:rsidP="007A1927">
            <w:pPr>
              <w:rPr>
                <w:rFonts w:cs="Arial"/>
              </w:rPr>
            </w:pPr>
            <w:r w:rsidRPr="003A7A7F">
              <w:rPr>
                <w:rFonts w:cs="Arial"/>
              </w:rPr>
              <w:t>Año: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27E2A" w14:textId="77777777" w:rsidR="003F7676" w:rsidRPr="003A7A7F" w:rsidRDefault="003F7676" w:rsidP="007A1927">
            <w:pPr>
              <w:rPr>
                <w:rFonts w:cs="Arial"/>
              </w:rPr>
            </w:pPr>
          </w:p>
        </w:tc>
      </w:tr>
      <w:tr w:rsidR="003F7676" w:rsidRPr="003A7A7F" w14:paraId="374C4948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26B3" w14:textId="77777777" w:rsidR="003F7676" w:rsidRPr="003A7A7F" w:rsidRDefault="003F7676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Cláusula de confidencialidad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8CD9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La información personal objeto de esta autorización se refiere a datos personales regulados por la Ley 1581 de 2012, el decreto 1377 de 2013 y las normas que lo modifiquen o adicionen (Protección de datos).</w:t>
            </w:r>
          </w:p>
        </w:tc>
      </w:tr>
      <w:tr w:rsidR="003F7676" w:rsidRPr="003A7A7F" w14:paraId="492F7613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30F1" w14:textId="77777777" w:rsidR="003F7676" w:rsidRPr="003A7A7F" w:rsidRDefault="003F7676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 xml:space="preserve">Objetivo 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429A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Recabar información sobre la percepción y el uso de prácticas pedagógicas socioemocionales, inclusivas, accesibles y seguras por parte de docentes estudiantes de maestría, así como el nivel de integración de tecnologías emergentes en sus contextos educativos.</w:t>
            </w:r>
          </w:p>
          <w:p w14:paraId="6765D87F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</w:p>
        </w:tc>
      </w:tr>
      <w:tr w:rsidR="003F7676" w:rsidRPr="003A7A7F" w14:paraId="096BF0DF" w14:textId="77777777" w:rsidTr="007A1927"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8CFF" w14:textId="77777777" w:rsidR="003F7676" w:rsidRPr="003A7A7F" w:rsidRDefault="003F7676" w:rsidP="007A1927">
            <w:pPr>
              <w:rPr>
                <w:rFonts w:cs="Arial"/>
                <w:b/>
                <w:bCs/>
              </w:rPr>
            </w:pPr>
            <w:r w:rsidRPr="003A7A7F">
              <w:rPr>
                <w:rFonts w:cs="Arial"/>
                <w:b/>
                <w:bCs/>
              </w:rPr>
              <w:t>Datos sociodemográficos:</w:t>
            </w:r>
          </w:p>
        </w:tc>
        <w:tc>
          <w:tcPr>
            <w:tcW w:w="5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E129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Sexo: F: _____</w:t>
            </w:r>
            <w:proofErr w:type="gramStart"/>
            <w:r w:rsidRPr="003A7A7F">
              <w:rPr>
                <w:rFonts w:cs="Arial"/>
                <w:lang w:val="es-CO"/>
              </w:rPr>
              <w:t>M:_</w:t>
            </w:r>
            <w:proofErr w:type="gramEnd"/>
            <w:r w:rsidRPr="003A7A7F">
              <w:rPr>
                <w:rFonts w:cs="Arial"/>
                <w:lang w:val="es-CO"/>
              </w:rPr>
              <w:t>____</w:t>
            </w:r>
          </w:p>
          <w:p w14:paraId="783CC984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Edad: ______________</w:t>
            </w:r>
          </w:p>
          <w:p w14:paraId="4F0BD52C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Institución educativa: ___________________________</w:t>
            </w:r>
          </w:p>
          <w:p w14:paraId="13FDDB85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lastRenderedPageBreak/>
              <w:t>Gustos, pasatiempos e intereses: _____________</w:t>
            </w:r>
          </w:p>
          <w:p w14:paraId="0CDB2B53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 xml:space="preserve">Vive con: </w:t>
            </w:r>
          </w:p>
          <w:p w14:paraId="4F19D6DC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>Madre y padre: ________Madre: ________</w:t>
            </w:r>
          </w:p>
          <w:p w14:paraId="2D54893E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proofErr w:type="spellStart"/>
            <w:proofErr w:type="gramStart"/>
            <w:r w:rsidRPr="003A7A7F">
              <w:rPr>
                <w:rFonts w:cs="Arial"/>
                <w:lang w:val="es-CO"/>
              </w:rPr>
              <w:t>Padre:_</w:t>
            </w:r>
            <w:proofErr w:type="gramEnd"/>
            <w:r w:rsidRPr="003A7A7F">
              <w:rPr>
                <w:rFonts w:cs="Arial"/>
                <w:lang w:val="es-CO"/>
              </w:rPr>
              <w:t>______</w:t>
            </w:r>
            <w:proofErr w:type="gramStart"/>
            <w:r w:rsidRPr="003A7A7F">
              <w:rPr>
                <w:rFonts w:cs="Arial"/>
                <w:lang w:val="es-CO"/>
              </w:rPr>
              <w:t>Abuelos:_</w:t>
            </w:r>
            <w:proofErr w:type="gramEnd"/>
            <w:r w:rsidRPr="003A7A7F">
              <w:rPr>
                <w:rFonts w:cs="Arial"/>
                <w:lang w:val="es-CO"/>
              </w:rPr>
              <w:t>______</w:t>
            </w:r>
            <w:proofErr w:type="gramStart"/>
            <w:r w:rsidRPr="003A7A7F">
              <w:rPr>
                <w:rFonts w:cs="Arial"/>
                <w:lang w:val="es-CO"/>
              </w:rPr>
              <w:t>Hermanos</w:t>
            </w:r>
            <w:proofErr w:type="spellEnd"/>
            <w:r w:rsidRPr="003A7A7F">
              <w:rPr>
                <w:rFonts w:cs="Arial"/>
                <w:lang w:val="es-CO"/>
              </w:rPr>
              <w:t>:_</w:t>
            </w:r>
            <w:proofErr w:type="gramEnd"/>
            <w:r w:rsidRPr="003A7A7F">
              <w:rPr>
                <w:rFonts w:cs="Arial"/>
                <w:lang w:val="es-CO"/>
              </w:rPr>
              <w:t>____</w:t>
            </w:r>
          </w:p>
          <w:p w14:paraId="1F21E8C4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proofErr w:type="spellStart"/>
            <w:proofErr w:type="gramStart"/>
            <w:r w:rsidRPr="003A7A7F">
              <w:rPr>
                <w:rFonts w:cs="Arial"/>
                <w:lang w:val="es-CO"/>
              </w:rPr>
              <w:t>Familiares:_</w:t>
            </w:r>
            <w:proofErr w:type="gramEnd"/>
            <w:r w:rsidRPr="003A7A7F">
              <w:rPr>
                <w:rFonts w:cs="Arial"/>
                <w:lang w:val="es-CO"/>
              </w:rPr>
              <w:t>_______</w:t>
            </w:r>
            <w:proofErr w:type="gramStart"/>
            <w:r w:rsidRPr="003A7A7F">
              <w:rPr>
                <w:rFonts w:cs="Arial"/>
                <w:lang w:val="es-CO"/>
              </w:rPr>
              <w:t>Acudientes</w:t>
            </w:r>
            <w:proofErr w:type="spellEnd"/>
            <w:r w:rsidRPr="003A7A7F">
              <w:rPr>
                <w:rFonts w:cs="Arial"/>
                <w:lang w:val="es-CO"/>
              </w:rPr>
              <w:t>:_</w:t>
            </w:r>
            <w:proofErr w:type="gramEnd"/>
            <w:r w:rsidRPr="003A7A7F">
              <w:rPr>
                <w:rFonts w:cs="Arial"/>
                <w:lang w:val="es-CO"/>
              </w:rPr>
              <w:t>_______</w:t>
            </w:r>
          </w:p>
          <w:p w14:paraId="72EB677D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proofErr w:type="spellStart"/>
            <w:proofErr w:type="gramStart"/>
            <w:r w:rsidRPr="003A7A7F">
              <w:rPr>
                <w:rFonts w:cs="Arial"/>
                <w:lang w:val="es-CO"/>
              </w:rPr>
              <w:t>Solo:_</w:t>
            </w:r>
            <w:proofErr w:type="gramEnd"/>
            <w:r w:rsidRPr="003A7A7F">
              <w:rPr>
                <w:rFonts w:cs="Arial"/>
                <w:lang w:val="es-CO"/>
              </w:rPr>
              <w:t>_______</w:t>
            </w:r>
            <w:proofErr w:type="gramStart"/>
            <w:r w:rsidRPr="003A7A7F">
              <w:rPr>
                <w:rFonts w:cs="Arial"/>
                <w:lang w:val="es-CO"/>
              </w:rPr>
              <w:t>Amigos</w:t>
            </w:r>
            <w:proofErr w:type="spellEnd"/>
            <w:r w:rsidRPr="003A7A7F">
              <w:rPr>
                <w:rFonts w:cs="Arial"/>
                <w:lang w:val="es-CO"/>
              </w:rPr>
              <w:t>:_</w:t>
            </w:r>
            <w:proofErr w:type="gramEnd"/>
            <w:r w:rsidRPr="003A7A7F">
              <w:rPr>
                <w:rFonts w:cs="Arial"/>
                <w:lang w:val="es-CO"/>
              </w:rPr>
              <w:t>________</w:t>
            </w:r>
          </w:p>
          <w:p w14:paraId="4BEE20C5" w14:textId="77777777" w:rsidR="003F7676" w:rsidRPr="003A7A7F" w:rsidRDefault="003F7676" w:rsidP="007A1927">
            <w:pPr>
              <w:rPr>
                <w:rFonts w:cs="Arial"/>
                <w:lang w:val="es-CO"/>
              </w:rPr>
            </w:pPr>
            <w:r w:rsidRPr="003A7A7F">
              <w:rPr>
                <w:rFonts w:cs="Arial"/>
                <w:lang w:val="es-CO"/>
              </w:rPr>
              <w:t xml:space="preserve">Tengo un dispositivo tecnológico: </w:t>
            </w:r>
            <w:proofErr w:type="gramStart"/>
            <w:r w:rsidRPr="003A7A7F">
              <w:rPr>
                <w:rFonts w:cs="Arial"/>
                <w:lang w:val="es-CO"/>
              </w:rPr>
              <w:t>Sí:_</w:t>
            </w:r>
            <w:proofErr w:type="gramEnd"/>
            <w:r w:rsidRPr="003A7A7F">
              <w:rPr>
                <w:rFonts w:cs="Arial"/>
                <w:lang w:val="es-CO"/>
              </w:rPr>
              <w:t xml:space="preserve">____ </w:t>
            </w:r>
            <w:proofErr w:type="gramStart"/>
            <w:r w:rsidRPr="003A7A7F">
              <w:rPr>
                <w:rFonts w:cs="Arial"/>
                <w:lang w:val="es-CO"/>
              </w:rPr>
              <w:t>No:_</w:t>
            </w:r>
            <w:proofErr w:type="gramEnd"/>
            <w:r w:rsidRPr="003A7A7F">
              <w:rPr>
                <w:rFonts w:cs="Arial"/>
                <w:lang w:val="es-CO"/>
              </w:rPr>
              <w:t>____</w:t>
            </w:r>
          </w:p>
        </w:tc>
      </w:tr>
    </w:tbl>
    <w:p w14:paraId="0D04638C" w14:textId="77777777" w:rsidR="003F7676" w:rsidRPr="003A7A7F" w:rsidRDefault="003F7676" w:rsidP="003F7676">
      <w:pPr>
        <w:rPr>
          <w:b/>
          <w:lang w:val="es-C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F7676" w:rsidRPr="003A7A7F" w14:paraId="205F752C" w14:textId="77777777" w:rsidTr="007A1927">
        <w:tc>
          <w:tcPr>
            <w:tcW w:w="4320" w:type="dxa"/>
          </w:tcPr>
          <w:p w14:paraId="7C6B9EBD" w14:textId="77777777" w:rsidR="003F7676" w:rsidRPr="003A7A7F" w:rsidRDefault="003F7676" w:rsidP="007A1927">
            <w:pPr>
              <w:rPr>
                <w:lang w:val="es-CO"/>
              </w:rPr>
            </w:pPr>
          </w:p>
        </w:tc>
        <w:tc>
          <w:tcPr>
            <w:tcW w:w="4320" w:type="dxa"/>
          </w:tcPr>
          <w:p w14:paraId="47B5B14B" w14:textId="77777777" w:rsidR="003F7676" w:rsidRPr="003A7A7F" w:rsidRDefault="003F7676" w:rsidP="007A1927">
            <w:pPr>
              <w:rPr>
                <w:lang w:val="es-CO"/>
              </w:rPr>
            </w:pPr>
          </w:p>
        </w:tc>
      </w:tr>
      <w:tr w:rsidR="003F7676" w:rsidRPr="003A7A7F" w14:paraId="7454CE42" w14:textId="77777777" w:rsidTr="007A1927">
        <w:tc>
          <w:tcPr>
            <w:tcW w:w="4320" w:type="dxa"/>
          </w:tcPr>
          <w:p w14:paraId="091ED42E" w14:textId="77777777" w:rsidR="003F7676" w:rsidRPr="003A7A7F" w:rsidRDefault="003F7676" w:rsidP="007A1927">
            <w:pPr>
              <w:rPr>
                <w:lang w:val="es-CO"/>
              </w:rPr>
            </w:pPr>
          </w:p>
        </w:tc>
        <w:tc>
          <w:tcPr>
            <w:tcW w:w="4320" w:type="dxa"/>
          </w:tcPr>
          <w:p w14:paraId="7EBEAF37" w14:textId="77777777" w:rsidR="003F7676" w:rsidRPr="003A7A7F" w:rsidRDefault="003F7676" w:rsidP="007A1927">
            <w:pPr>
              <w:rPr>
                <w:lang w:val="es-CO"/>
              </w:rPr>
            </w:pPr>
          </w:p>
        </w:tc>
      </w:tr>
    </w:tbl>
    <w:p w14:paraId="7479AEC9" w14:textId="77777777" w:rsidR="003F7676" w:rsidRPr="003A7A7F" w:rsidRDefault="003F7676" w:rsidP="003F7676">
      <w:pPr>
        <w:keepNext/>
        <w:keepLines/>
        <w:spacing w:before="200" w:after="0"/>
        <w:outlineLvl w:val="1"/>
        <w:rPr>
          <w:b/>
          <w:color w:val="0070C0"/>
          <w:lang w:val="es-CO"/>
        </w:rPr>
      </w:pPr>
      <w:r w:rsidRPr="003A7A7F">
        <w:rPr>
          <w:b/>
          <w:color w:val="0070C0"/>
          <w:lang w:val="es-CO"/>
        </w:rPr>
        <w:t>Instrucciones</w:t>
      </w:r>
    </w:p>
    <w:p w14:paraId="7B335C1D" w14:textId="77777777" w:rsidR="003F7676" w:rsidRPr="003A7A7F" w:rsidRDefault="003F7676" w:rsidP="003F7676">
      <w:pPr>
        <w:rPr>
          <w:lang w:val="es-CO"/>
        </w:rPr>
      </w:pPr>
      <w:r w:rsidRPr="003A7A7F">
        <w:rPr>
          <w:lang w:val="es-CO"/>
        </w:rPr>
        <w:t>Lea cuidadosamente cada afirmación y marque una sola respuesta de acuerdo con la frecuencia o el grado en que refleja su comportamiento habitual.</w:t>
      </w:r>
    </w:p>
    <w:p w14:paraId="7C61B18D" w14:textId="77777777" w:rsidR="003F7676" w:rsidRPr="003A7A7F" w:rsidRDefault="003F7676" w:rsidP="003F7676">
      <w:pPr>
        <w:rPr>
          <w:lang w:val="es-CO"/>
        </w:rPr>
      </w:pPr>
      <w:r w:rsidRPr="003A7A7F">
        <w:rPr>
          <w:lang w:val="es-CO"/>
        </w:rPr>
        <w:t>Escala: 1=Totalmente en desacuerdo, 2=En desacuerdo, 3=Ni de acuerdo ni en desacuerdo, 4=De acuerdo, 5=Totalmente de acuerdo.</w:t>
      </w:r>
    </w:p>
    <w:p w14:paraId="6A0DCD82" w14:textId="1CF1C907" w:rsidR="00701A59" w:rsidRPr="003F7676" w:rsidRDefault="00701A59">
      <w:pPr>
        <w:rPr>
          <w:lang w:val="es-C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02"/>
        <w:gridCol w:w="1443"/>
        <w:gridCol w:w="1199"/>
        <w:gridCol w:w="1199"/>
        <w:gridCol w:w="1199"/>
        <w:gridCol w:w="1199"/>
        <w:gridCol w:w="1199"/>
      </w:tblGrid>
      <w:tr w:rsidR="00701A59" w14:paraId="37AA7294" w14:textId="77777777">
        <w:tc>
          <w:tcPr>
            <w:tcW w:w="1234" w:type="dxa"/>
          </w:tcPr>
          <w:p w14:paraId="2E91E897" w14:textId="77777777" w:rsidR="00701A59" w:rsidRDefault="00000000">
            <w:r>
              <w:t>N°</w:t>
            </w:r>
          </w:p>
        </w:tc>
        <w:tc>
          <w:tcPr>
            <w:tcW w:w="1234" w:type="dxa"/>
          </w:tcPr>
          <w:p w14:paraId="2E94C611" w14:textId="77777777" w:rsidR="00701A59" w:rsidRDefault="00000000">
            <w:r>
              <w:t>Enunciado</w:t>
            </w:r>
          </w:p>
        </w:tc>
        <w:tc>
          <w:tcPr>
            <w:tcW w:w="1234" w:type="dxa"/>
          </w:tcPr>
          <w:p w14:paraId="1C7F5285" w14:textId="77777777" w:rsidR="00701A59" w:rsidRDefault="00000000">
            <w:r>
              <w:t>1</w:t>
            </w:r>
          </w:p>
        </w:tc>
        <w:tc>
          <w:tcPr>
            <w:tcW w:w="1234" w:type="dxa"/>
          </w:tcPr>
          <w:p w14:paraId="5B8D71B6" w14:textId="77777777" w:rsidR="00701A59" w:rsidRDefault="00000000">
            <w:r>
              <w:t>2</w:t>
            </w:r>
          </w:p>
        </w:tc>
        <w:tc>
          <w:tcPr>
            <w:tcW w:w="1234" w:type="dxa"/>
          </w:tcPr>
          <w:p w14:paraId="5C503233" w14:textId="77777777" w:rsidR="00701A59" w:rsidRDefault="00000000">
            <w:r>
              <w:t>3</w:t>
            </w:r>
          </w:p>
        </w:tc>
        <w:tc>
          <w:tcPr>
            <w:tcW w:w="1234" w:type="dxa"/>
          </w:tcPr>
          <w:p w14:paraId="0BA2BBA0" w14:textId="77777777" w:rsidR="00701A59" w:rsidRDefault="00000000">
            <w:r>
              <w:t>4</w:t>
            </w:r>
          </w:p>
        </w:tc>
        <w:tc>
          <w:tcPr>
            <w:tcW w:w="1234" w:type="dxa"/>
          </w:tcPr>
          <w:p w14:paraId="7D04AE95" w14:textId="77777777" w:rsidR="00701A59" w:rsidRDefault="00000000">
            <w:r>
              <w:t>5</w:t>
            </w:r>
          </w:p>
        </w:tc>
      </w:tr>
      <w:tr w:rsidR="00701A59" w14:paraId="10EDB1DC" w14:textId="77777777">
        <w:tc>
          <w:tcPr>
            <w:tcW w:w="1234" w:type="dxa"/>
          </w:tcPr>
          <w:p w14:paraId="20FA79B3" w14:textId="77777777" w:rsidR="00701A59" w:rsidRDefault="00000000">
            <w:r>
              <w:t>1</w:t>
            </w:r>
          </w:p>
        </w:tc>
        <w:tc>
          <w:tcPr>
            <w:tcW w:w="1234" w:type="dxa"/>
          </w:tcPr>
          <w:p w14:paraId="441B8B03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Reconozco mis emociones cuando enfrento dificultades.</w:t>
            </w:r>
          </w:p>
        </w:tc>
        <w:tc>
          <w:tcPr>
            <w:tcW w:w="1234" w:type="dxa"/>
          </w:tcPr>
          <w:p w14:paraId="6FB0DAC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EC56186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53B4718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E232F78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56E100EF" w14:textId="77777777" w:rsidR="00701A59" w:rsidRDefault="00000000">
            <w:r>
              <w:t>☐</w:t>
            </w:r>
          </w:p>
        </w:tc>
      </w:tr>
      <w:tr w:rsidR="00701A59" w14:paraId="2972B5EE" w14:textId="77777777">
        <w:tc>
          <w:tcPr>
            <w:tcW w:w="1234" w:type="dxa"/>
          </w:tcPr>
          <w:p w14:paraId="09CD0105" w14:textId="77777777" w:rsidR="00701A59" w:rsidRDefault="00000000">
            <w:r>
              <w:t>2</w:t>
            </w:r>
          </w:p>
        </w:tc>
        <w:tc>
          <w:tcPr>
            <w:tcW w:w="1234" w:type="dxa"/>
          </w:tcPr>
          <w:p w14:paraId="18ACC3DB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Mantengo la calma ante la presión académica.</w:t>
            </w:r>
          </w:p>
        </w:tc>
        <w:tc>
          <w:tcPr>
            <w:tcW w:w="1234" w:type="dxa"/>
          </w:tcPr>
          <w:p w14:paraId="36E2746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897CCEA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29CE367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7CCE1AD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9FA7BF8" w14:textId="77777777" w:rsidR="00701A59" w:rsidRDefault="00000000">
            <w:r>
              <w:t>☐</w:t>
            </w:r>
          </w:p>
        </w:tc>
      </w:tr>
      <w:tr w:rsidR="00701A59" w14:paraId="3E0E2CD9" w14:textId="77777777">
        <w:tc>
          <w:tcPr>
            <w:tcW w:w="1234" w:type="dxa"/>
          </w:tcPr>
          <w:p w14:paraId="30BA4753" w14:textId="77777777" w:rsidR="00701A59" w:rsidRDefault="00000000">
            <w:r>
              <w:t>3</w:t>
            </w:r>
          </w:p>
        </w:tc>
        <w:tc>
          <w:tcPr>
            <w:tcW w:w="1234" w:type="dxa"/>
          </w:tcPr>
          <w:p w14:paraId="754F0926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Busco soluciones cuando me siento frustrado.</w:t>
            </w:r>
          </w:p>
        </w:tc>
        <w:tc>
          <w:tcPr>
            <w:tcW w:w="1234" w:type="dxa"/>
          </w:tcPr>
          <w:p w14:paraId="741EFA60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3783394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155F949A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ED497A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CCA0AD4" w14:textId="77777777" w:rsidR="00701A59" w:rsidRDefault="00000000">
            <w:r>
              <w:t>☐</w:t>
            </w:r>
          </w:p>
        </w:tc>
      </w:tr>
      <w:tr w:rsidR="00701A59" w14:paraId="23FF69E1" w14:textId="77777777">
        <w:tc>
          <w:tcPr>
            <w:tcW w:w="1234" w:type="dxa"/>
          </w:tcPr>
          <w:p w14:paraId="40DB65C3" w14:textId="77777777" w:rsidR="00701A59" w:rsidRDefault="00000000">
            <w:r>
              <w:t>4</w:t>
            </w:r>
          </w:p>
        </w:tc>
        <w:tc>
          <w:tcPr>
            <w:tcW w:w="1234" w:type="dxa"/>
          </w:tcPr>
          <w:p w14:paraId="3BDBB704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Respeto las diferencias entre mis compañeros.</w:t>
            </w:r>
          </w:p>
        </w:tc>
        <w:tc>
          <w:tcPr>
            <w:tcW w:w="1234" w:type="dxa"/>
          </w:tcPr>
          <w:p w14:paraId="7708F1BC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D2EBEF8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75610BBA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70BE465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E45BA0E" w14:textId="77777777" w:rsidR="00701A59" w:rsidRDefault="00000000">
            <w:r>
              <w:t>☐</w:t>
            </w:r>
          </w:p>
        </w:tc>
      </w:tr>
      <w:tr w:rsidR="00701A59" w14:paraId="384A4876" w14:textId="77777777">
        <w:tc>
          <w:tcPr>
            <w:tcW w:w="1234" w:type="dxa"/>
          </w:tcPr>
          <w:p w14:paraId="188D9875" w14:textId="77777777" w:rsidR="00701A59" w:rsidRDefault="00000000">
            <w:r>
              <w:lastRenderedPageBreak/>
              <w:t>5</w:t>
            </w:r>
          </w:p>
        </w:tc>
        <w:tc>
          <w:tcPr>
            <w:tcW w:w="1234" w:type="dxa"/>
          </w:tcPr>
          <w:p w14:paraId="0B1E916E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Pienso antes de reaccionar en un conflicto.</w:t>
            </w:r>
          </w:p>
        </w:tc>
        <w:tc>
          <w:tcPr>
            <w:tcW w:w="1234" w:type="dxa"/>
          </w:tcPr>
          <w:p w14:paraId="2EBDE308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5BB7AFB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469B731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6A59BA2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A505E9C" w14:textId="77777777" w:rsidR="00701A59" w:rsidRDefault="00000000">
            <w:r>
              <w:t>☐</w:t>
            </w:r>
          </w:p>
        </w:tc>
      </w:tr>
      <w:tr w:rsidR="00701A59" w14:paraId="744ED9B5" w14:textId="77777777">
        <w:tc>
          <w:tcPr>
            <w:tcW w:w="1234" w:type="dxa"/>
          </w:tcPr>
          <w:p w14:paraId="14CA9CC7" w14:textId="77777777" w:rsidR="00701A59" w:rsidRDefault="00000000">
            <w:r>
              <w:t>6</w:t>
            </w:r>
          </w:p>
        </w:tc>
        <w:tc>
          <w:tcPr>
            <w:tcW w:w="1234" w:type="dxa"/>
          </w:tcPr>
          <w:p w14:paraId="3BED43D4" w14:textId="77777777" w:rsidR="00701A59" w:rsidRDefault="00000000">
            <w:r>
              <w:t>Aprendo de mis errores.</w:t>
            </w:r>
          </w:p>
        </w:tc>
        <w:tc>
          <w:tcPr>
            <w:tcW w:w="1234" w:type="dxa"/>
          </w:tcPr>
          <w:p w14:paraId="184FE51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C13C13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CE79D51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C8AF375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9AAB0D7" w14:textId="77777777" w:rsidR="00701A59" w:rsidRDefault="00000000">
            <w:r>
              <w:t>☐</w:t>
            </w:r>
          </w:p>
        </w:tc>
      </w:tr>
      <w:tr w:rsidR="00701A59" w14:paraId="18BAC44A" w14:textId="77777777">
        <w:tc>
          <w:tcPr>
            <w:tcW w:w="1234" w:type="dxa"/>
          </w:tcPr>
          <w:p w14:paraId="1002D80A" w14:textId="77777777" w:rsidR="00701A59" w:rsidRDefault="00000000">
            <w:r>
              <w:t>7</w:t>
            </w:r>
          </w:p>
        </w:tc>
        <w:tc>
          <w:tcPr>
            <w:tcW w:w="1234" w:type="dxa"/>
          </w:tcPr>
          <w:p w14:paraId="58269EAB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Escucho con atención a mis compañeros.</w:t>
            </w:r>
          </w:p>
        </w:tc>
        <w:tc>
          <w:tcPr>
            <w:tcW w:w="1234" w:type="dxa"/>
          </w:tcPr>
          <w:p w14:paraId="5CA1F84F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CBFE802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7934717C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BF29D4D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55898B88" w14:textId="77777777" w:rsidR="00701A59" w:rsidRDefault="00000000">
            <w:r>
              <w:t>☐</w:t>
            </w:r>
          </w:p>
        </w:tc>
      </w:tr>
      <w:tr w:rsidR="00701A59" w14:paraId="2A2656F5" w14:textId="77777777">
        <w:tc>
          <w:tcPr>
            <w:tcW w:w="1234" w:type="dxa"/>
          </w:tcPr>
          <w:p w14:paraId="5009033A" w14:textId="77777777" w:rsidR="00701A59" w:rsidRDefault="00000000">
            <w:r>
              <w:t>8</w:t>
            </w:r>
          </w:p>
        </w:tc>
        <w:tc>
          <w:tcPr>
            <w:tcW w:w="1234" w:type="dxa"/>
          </w:tcPr>
          <w:p w14:paraId="04CDB8B1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Comprendo cómo se sienten otras personas.</w:t>
            </w:r>
          </w:p>
        </w:tc>
        <w:tc>
          <w:tcPr>
            <w:tcW w:w="1234" w:type="dxa"/>
          </w:tcPr>
          <w:p w14:paraId="63331200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9467094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5E59AACA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0F9FD19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16F6946" w14:textId="77777777" w:rsidR="00701A59" w:rsidRDefault="00000000">
            <w:r>
              <w:t>☐</w:t>
            </w:r>
          </w:p>
        </w:tc>
      </w:tr>
      <w:tr w:rsidR="00701A59" w14:paraId="63988901" w14:textId="77777777">
        <w:tc>
          <w:tcPr>
            <w:tcW w:w="1234" w:type="dxa"/>
          </w:tcPr>
          <w:p w14:paraId="1BE2B525" w14:textId="77777777" w:rsidR="00701A59" w:rsidRDefault="00000000">
            <w:r>
              <w:t>9</w:t>
            </w:r>
          </w:p>
        </w:tc>
        <w:tc>
          <w:tcPr>
            <w:tcW w:w="1234" w:type="dxa"/>
          </w:tcPr>
          <w:p w14:paraId="634C1E00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Colaboro cuando alguien necesita ayuda.</w:t>
            </w:r>
          </w:p>
        </w:tc>
        <w:tc>
          <w:tcPr>
            <w:tcW w:w="1234" w:type="dxa"/>
          </w:tcPr>
          <w:p w14:paraId="7A27C81E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3350E7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5782CD2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E5C1C00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5EAB102D" w14:textId="77777777" w:rsidR="00701A59" w:rsidRDefault="00000000">
            <w:r>
              <w:t>☐</w:t>
            </w:r>
          </w:p>
        </w:tc>
      </w:tr>
      <w:tr w:rsidR="00701A59" w14:paraId="28D438F8" w14:textId="77777777">
        <w:tc>
          <w:tcPr>
            <w:tcW w:w="1234" w:type="dxa"/>
          </w:tcPr>
          <w:p w14:paraId="6DCCD276" w14:textId="77777777" w:rsidR="00701A59" w:rsidRDefault="00000000">
            <w:r>
              <w:t>10</w:t>
            </w:r>
          </w:p>
        </w:tc>
        <w:tc>
          <w:tcPr>
            <w:tcW w:w="1234" w:type="dxa"/>
          </w:tcPr>
          <w:p w14:paraId="65B2F6AB" w14:textId="77777777" w:rsidR="00701A59" w:rsidRDefault="00000000">
            <w:r>
              <w:t>Respeto opiniones diferentes.</w:t>
            </w:r>
          </w:p>
        </w:tc>
        <w:tc>
          <w:tcPr>
            <w:tcW w:w="1234" w:type="dxa"/>
          </w:tcPr>
          <w:p w14:paraId="1DADFD6D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6E00961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BD48C5A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41948CA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90A3D08" w14:textId="77777777" w:rsidR="00701A59" w:rsidRDefault="00000000">
            <w:r>
              <w:t>☐</w:t>
            </w:r>
          </w:p>
        </w:tc>
      </w:tr>
      <w:tr w:rsidR="00701A59" w14:paraId="7F21BCBD" w14:textId="77777777">
        <w:tc>
          <w:tcPr>
            <w:tcW w:w="1234" w:type="dxa"/>
          </w:tcPr>
          <w:p w14:paraId="709A4C7F" w14:textId="77777777" w:rsidR="00701A59" w:rsidRDefault="00000000">
            <w:r>
              <w:t>11</w:t>
            </w:r>
          </w:p>
        </w:tc>
        <w:tc>
          <w:tcPr>
            <w:tcW w:w="1234" w:type="dxa"/>
          </w:tcPr>
          <w:p w14:paraId="6A758C23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Mis decisiones consideran el bienestar del grupo.</w:t>
            </w:r>
          </w:p>
        </w:tc>
        <w:tc>
          <w:tcPr>
            <w:tcW w:w="1234" w:type="dxa"/>
          </w:tcPr>
          <w:p w14:paraId="3A8DF90D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7398357F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14937CF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0EEBE9D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21372A3" w14:textId="77777777" w:rsidR="00701A59" w:rsidRDefault="00000000">
            <w:r>
              <w:t>☐</w:t>
            </w:r>
          </w:p>
        </w:tc>
      </w:tr>
      <w:tr w:rsidR="00701A59" w14:paraId="5E4276FF" w14:textId="77777777">
        <w:tc>
          <w:tcPr>
            <w:tcW w:w="1234" w:type="dxa"/>
          </w:tcPr>
          <w:p w14:paraId="4C52A395" w14:textId="77777777" w:rsidR="00701A59" w:rsidRDefault="00000000">
            <w:r>
              <w:t>12</w:t>
            </w:r>
          </w:p>
        </w:tc>
        <w:tc>
          <w:tcPr>
            <w:tcW w:w="1234" w:type="dxa"/>
          </w:tcPr>
          <w:p w14:paraId="195A6DF6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Contribuyo a un ambiente seguro.</w:t>
            </w:r>
          </w:p>
        </w:tc>
        <w:tc>
          <w:tcPr>
            <w:tcW w:w="1234" w:type="dxa"/>
          </w:tcPr>
          <w:p w14:paraId="3D39403F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58628E79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58008CC6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825797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0B0EB5F" w14:textId="77777777" w:rsidR="00701A59" w:rsidRDefault="00000000">
            <w:r>
              <w:t>☐</w:t>
            </w:r>
          </w:p>
        </w:tc>
      </w:tr>
      <w:tr w:rsidR="00701A59" w14:paraId="13204195" w14:textId="77777777">
        <w:tc>
          <w:tcPr>
            <w:tcW w:w="1234" w:type="dxa"/>
          </w:tcPr>
          <w:p w14:paraId="36DC0C86" w14:textId="77777777" w:rsidR="00701A59" w:rsidRDefault="00000000">
            <w:r>
              <w:t>13</w:t>
            </w:r>
          </w:p>
        </w:tc>
        <w:tc>
          <w:tcPr>
            <w:tcW w:w="1234" w:type="dxa"/>
          </w:tcPr>
          <w:p w14:paraId="32D93C22" w14:textId="77777777" w:rsidR="00701A59" w:rsidRDefault="00000000">
            <w:r>
              <w:t>Dialogo para resolver desacuerdos.</w:t>
            </w:r>
          </w:p>
        </w:tc>
        <w:tc>
          <w:tcPr>
            <w:tcW w:w="1234" w:type="dxa"/>
          </w:tcPr>
          <w:p w14:paraId="52E4BAD1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BDFD54B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5067144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334216F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1F37019" w14:textId="77777777" w:rsidR="00701A59" w:rsidRDefault="00000000">
            <w:r>
              <w:t>☐</w:t>
            </w:r>
          </w:p>
        </w:tc>
      </w:tr>
      <w:tr w:rsidR="00701A59" w14:paraId="5A9D7765" w14:textId="77777777">
        <w:tc>
          <w:tcPr>
            <w:tcW w:w="1234" w:type="dxa"/>
          </w:tcPr>
          <w:p w14:paraId="5780A414" w14:textId="77777777" w:rsidR="00701A59" w:rsidRDefault="00000000">
            <w:r>
              <w:lastRenderedPageBreak/>
              <w:t>14</w:t>
            </w:r>
          </w:p>
        </w:tc>
        <w:tc>
          <w:tcPr>
            <w:tcW w:w="1234" w:type="dxa"/>
          </w:tcPr>
          <w:p w14:paraId="7D2380E2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Respeto las normas de convivencia.</w:t>
            </w:r>
          </w:p>
        </w:tc>
        <w:tc>
          <w:tcPr>
            <w:tcW w:w="1234" w:type="dxa"/>
          </w:tcPr>
          <w:p w14:paraId="56145456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4F4595B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D14EA67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76712BEF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EAF6AB4" w14:textId="77777777" w:rsidR="00701A59" w:rsidRDefault="00000000">
            <w:r>
              <w:t>☐</w:t>
            </w:r>
          </w:p>
        </w:tc>
      </w:tr>
      <w:tr w:rsidR="00701A59" w14:paraId="21F32744" w14:textId="77777777">
        <w:tc>
          <w:tcPr>
            <w:tcW w:w="1234" w:type="dxa"/>
          </w:tcPr>
          <w:p w14:paraId="65FA4F35" w14:textId="77777777" w:rsidR="00701A59" w:rsidRDefault="00000000">
            <w:r>
              <w:t>15</w:t>
            </w:r>
          </w:p>
        </w:tc>
        <w:tc>
          <w:tcPr>
            <w:tcW w:w="1234" w:type="dxa"/>
          </w:tcPr>
          <w:p w14:paraId="4EBD8536" w14:textId="77777777" w:rsidR="00701A59" w:rsidRDefault="00000000">
            <w:r>
              <w:t>Evito respuestas agresivas.</w:t>
            </w:r>
          </w:p>
        </w:tc>
        <w:tc>
          <w:tcPr>
            <w:tcW w:w="1234" w:type="dxa"/>
          </w:tcPr>
          <w:p w14:paraId="57AC441A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6BD9156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317D3555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B73D459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15A62557" w14:textId="77777777" w:rsidR="00701A59" w:rsidRDefault="00000000">
            <w:r>
              <w:t>☐</w:t>
            </w:r>
          </w:p>
        </w:tc>
      </w:tr>
      <w:tr w:rsidR="00701A59" w14:paraId="5E23C81A" w14:textId="77777777">
        <w:tc>
          <w:tcPr>
            <w:tcW w:w="1234" w:type="dxa"/>
          </w:tcPr>
          <w:p w14:paraId="08361913" w14:textId="77777777" w:rsidR="00701A59" w:rsidRDefault="00000000">
            <w:r>
              <w:t>16</w:t>
            </w:r>
          </w:p>
        </w:tc>
        <w:tc>
          <w:tcPr>
            <w:tcW w:w="1234" w:type="dxa"/>
          </w:tcPr>
          <w:p w14:paraId="1E6C9850" w14:textId="77777777" w:rsidR="00701A59" w:rsidRDefault="00000000">
            <w:r>
              <w:t>Promuevo la tolerancia.</w:t>
            </w:r>
          </w:p>
        </w:tc>
        <w:tc>
          <w:tcPr>
            <w:tcW w:w="1234" w:type="dxa"/>
          </w:tcPr>
          <w:p w14:paraId="471C078F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195AD244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C4141F6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7E8C4A3D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708F820" w14:textId="77777777" w:rsidR="00701A59" w:rsidRDefault="00000000">
            <w:r>
              <w:t>☐</w:t>
            </w:r>
          </w:p>
        </w:tc>
      </w:tr>
      <w:tr w:rsidR="00701A59" w14:paraId="22897A4C" w14:textId="77777777">
        <w:tc>
          <w:tcPr>
            <w:tcW w:w="1234" w:type="dxa"/>
          </w:tcPr>
          <w:p w14:paraId="1DC07D8A" w14:textId="77777777" w:rsidR="00701A59" w:rsidRDefault="00000000">
            <w:r>
              <w:t>17</w:t>
            </w:r>
          </w:p>
        </w:tc>
        <w:tc>
          <w:tcPr>
            <w:tcW w:w="1234" w:type="dxa"/>
          </w:tcPr>
          <w:p w14:paraId="7C9CE6C7" w14:textId="77777777" w:rsidR="00701A59" w:rsidRDefault="00000000">
            <w:r>
              <w:t>Propongo soluciones pacíficas.</w:t>
            </w:r>
          </w:p>
        </w:tc>
        <w:tc>
          <w:tcPr>
            <w:tcW w:w="1234" w:type="dxa"/>
          </w:tcPr>
          <w:p w14:paraId="2A4E63B8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1C545466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A369CA0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4C23A295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E20FCA8" w14:textId="77777777" w:rsidR="00701A59" w:rsidRDefault="00000000">
            <w:r>
              <w:t>☐</w:t>
            </w:r>
          </w:p>
        </w:tc>
      </w:tr>
      <w:tr w:rsidR="00701A59" w14:paraId="13FCDCFC" w14:textId="77777777">
        <w:tc>
          <w:tcPr>
            <w:tcW w:w="1234" w:type="dxa"/>
          </w:tcPr>
          <w:p w14:paraId="0F25711B" w14:textId="77777777" w:rsidR="00701A59" w:rsidRDefault="00000000">
            <w:r>
              <w:t>18</w:t>
            </w:r>
          </w:p>
        </w:tc>
        <w:tc>
          <w:tcPr>
            <w:tcW w:w="1234" w:type="dxa"/>
          </w:tcPr>
          <w:p w14:paraId="2A70D4D4" w14:textId="77777777" w:rsidR="00701A59" w:rsidRPr="003F7676" w:rsidRDefault="00000000">
            <w:pPr>
              <w:rPr>
                <w:lang w:val="es-CO"/>
              </w:rPr>
            </w:pPr>
            <w:r w:rsidRPr="003F7676">
              <w:rPr>
                <w:lang w:val="es-CO"/>
              </w:rPr>
              <w:t>Favorezco un clima escolar respetuoso.</w:t>
            </w:r>
          </w:p>
        </w:tc>
        <w:tc>
          <w:tcPr>
            <w:tcW w:w="1234" w:type="dxa"/>
          </w:tcPr>
          <w:p w14:paraId="45A18F73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6208FEB9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0E20F825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21DC5D5D" w14:textId="77777777" w:rsidR="00701A59" w:rsidRDefault="00000000">
            <w:r>
              <w:t>☐</w:t>
            </w:r>
          </w:p>
        </w:tc>
        <w:tc>
          <w:tcPr>
            <w:tcW w:w="1234" w:type="dxa"/>
          </w:tcPr>
          <w:p w14:paraId="1DF67BEC" w14:textId="77777777" w:rsidR="00701A59" w:rsidRDefault="00000000">
            <w:r>
              <w:t>☐</w:t>
            </w:r>
          </w:p>
        </w:tc>
      </w:tr>
    </w:tbl>
    <w:p w14:paraId="009524F2" w14:textId="050E78CB" w:rsidR="00701A59" w:rsidRPr="003F7676" w:rsidRDefault="00000000">
      <w:pPr>
        <w:rPr>
          <w:lang w:val="es-CO"/>
        </w:rPr>
      </w:pPr>
      <w:r w:rsidRPr="003F7676">
        <w:rPr>
          <w:lang w:val="es-CO"/>
        </w:rPr>
        <w:t>.</w:t>
      </w:r>
    </w:p>
    <w:p w14:paraId="74B70C96" w14:textId="77777777" w:rsidR="00701A59" w:rsidRPr="003F7676" w:rsidRDefault="00000000">
      <w:pPr>
        <w:pStyle w:val="Ttulo2"/>
        <w:rPr>
          <w:lang w:val="es-CO"/>
        </w:rPr>
      </w:pPr>
      <w:r w:rsidRPr="003F7676">
        <w:rPr>
          <w:lang w:val="es-CO"/>
        </w:rPr>
        <w:t>Sistema de puntuación</w:t>
      </w:r>
    </w:p>
    <w:p w14:paraId="2D6ACAEF" w14:textId="77777777" w:rsidR="00701A59" w:rsidRPr="003F7676" w:rsidRDefault="00000000">
      <w:pPr>
        <w:rPr>
          <w:lang w:val="es-CO"/>
        </w:rPr>
      </w:pPr>
      <w:r w:rsidRPr="003F7676">
        <w:rPr>
          <w:lang w:val="es-CO"/>
        </w:rPr>
        <w:t>La suma de los puntajes refleja el nivel de desarrollo de las competencias socioemocionales en las tres dimensiones evaluadas.</w:t>
      </w:r>
    </w:p>
    <w:p w14:paraId="2E3283ED" w14:textId="77777777" w:rsidR="00300B92" w:rsidRDefault="00300B92"/>
    <w:sectPr w:rsidR="00300B9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6370" w14:textId="77777777" w:rsidR="00CB77EB" w:rsidRDefault="00CB77EB" w:rsidP="003F7676">
      <w:pPr>
        <w:spacing w:after="0" w:line="240" w:lineRule="auto"/>
      </w:pPr>
      <w:r>
        <w:separator/>
      </w:r>
    </w:p>
  </w:endnote>
  <w:endnote w:type="continuationSeparator" w:id="0">
    <w:p w14:paraId="7EAE6589" w14:textId="77777777" w:rsidR="00CB77EB" w:rsidRDefault="00CB77EB" w:rsidP="003F7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70BB3" w14:textId="77777777" w:rsidR="00CB77EB" w:rsidRDefault="00CB77EB" w:rsidP="003F7676">
      <w:pPr>
        <w:spacing w:after="0" w:line="240" w:lineRule="auto"/>
      </w:pPr>
      <w:r>
        <w:separator/>
      </w:r>
    </w:p>
  </w:footnote>
  <w:footnote w:type="continuationSeparator" w:id="0">
    <w:p w14:paraId="6BEECEC7" w14:textId="77777777" w:rsidR="00CB77EB" w:rsidRDefault="00CB77EB" w:rsidP="003F7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C7A8" w14:textId="0C587D6B" w:rsidR="003F7676" w:rsidRDefault="003F767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8E41D3" wp14:editId="026F5962">
          <wp:simplePos x="0" y="0"/>
          <wp:positionH relativeFrom="column">
            <wp:posOffset>-990600</wp:posOffset>
          </wp:positionH>
          <wp:positionV relativeFrom="paragraph">
            <wp:posOffset>-485775</wp:posOffset>
          </wp:positionV>
          <wp:extent cx="3429000" cy="952500"/>
          <wp:effectExtent l="0" t="0" r="0" b="0"/>
          <wp:wrapNone/>
          <wp:docPr id="34971676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576A48E" w14:textId="77777777" w:rsidR="003F7676" w:rsidRDefault="003F76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0582226">
    <w:abstractNumId w:val="8"/>
  </w:num>
  <w:num w:numId="2" w16cid:durableId="1311441120">
    <w:abstractNumId w:val="6"/>
  </w:num>
  <w:num w:numId="3" w16cid:durableId="1465153770">
    <w:abstractNumId w:val="5"/>
  </w:num>
  <w:num w:numId="4" w16cid:durableId="1847010859">
    <w:abstractNumId w:val="4"/>
  </w:num>
  <w:num w:numId="5" w16cid:durableId="133960210">
    <w:abstractNumId w:val="7"/>
  </w:num>
  <w:num w:numId="6" w16cid:durableId="2026786105">
    <w:abstractNumId w:val="3"/>
  </w:num>
  <w:num w:numId="7" w16cid:durableId="1055275909">
    <w:abstractNumId w:val="2"/>
  </w:num>
  <w:num w:numId="8" w16cid:durableId="1742874946">
    <w:abstractNumId w:val="1"/>
  </w:num>
  <w:num w:numId="9" w16cid:durableId="1089742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068"/>
    <w:rsid w:val="00034616"/>
    <w:rsid w:val="0006063C"/>
    <w:rsid w:val="0015074B"/>
    <w:rsid w:val="0017471B"/>
    <w:rsid w:val="0029639D"/>
    <w:rsid w:val="00300B92"/>
    <w:rsid w:val="00326F90"/>
    <w:rsid w:val="003F7676"/>
    <w:rsid w:val="00666F4C"/>
    <w:rsid w:val="00701A59"/>
    <w:rsid w:val="009B6F0A"/>
    <w:rsid w:val="00AA1D8D"/>
    <w:rsid w:val="00B47730"/>
    <w:rsid w:val="00CB0664"/>
    <w:rsid w:val="00CB77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7D2CC5"/>
  <w14:defaultImageDpi w14:val="300"/>
  <w15:docId w15:val="{75A5B770-475A-45FD-8042-787748BE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aconcuadrcula1">
    <w:name w:val="Tabla con cuadrícula1"/>
    <w:basedOn w:val="Tablanormal"/>
    <w:next w:val="Tablaconcuadrcula"/>
    <w:uiPriority w:val="39"/>
    <w:rsid w:val="003F7676"/>
    <w:pPr>
      <w:spacing w:after="0" w:line="240" w:lineRule="auto"/>
    </w:pPr>
    <w:rPr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639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Beatriz Giraldo</cp:lastModifiedBy>
  <cp:revision>3</cp:revision>
  <dcterms:created xsi:type="dcterms:W3CDTF">2026-07-14T05:43:00Z</dcterms:created>
  <dcterms:modified xsi:type="dcterms:W3CDTF">2026-07-14T05:44:00Z</dcterms:modified>
  <cp:category/>
</cp:coreProperties>
</file>