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07F4" w14:textId="290E2F8B" w:rsidR="006640BE" w:rsidRPr="003A7A7F" w:rsidRDefault="006640BE" w:rsidP="006640B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val="es-ES_tradnl"/>
        </w:rPr>
      </w:pPr>
      <w:r w:rsidRPr="003A7A7F">
        <w:rPr>
          <w:rFonts w:ascii="Arial" w:eastAsia="Times New Roman" w:hAnsi="Arial" w:cs="Arial"/>
          <w:sz w:val="20"/>
          <w:szCs w:val="20"/>
          <w:lang w:val="es-ES_tradnl"/>
        </w:rPr>
        <w:t>Formato: C</w:t>
      </w:r>
      <w:r w:rsidRPr="003A7A7F">
        <w:rPr>
          <w:rFonts w:ascii="Arial" w:eastAsia="Times New Roman" w:hAnsi="Arial" w:cs="Arial"/>
          <w:b/>
          <w:bCs/>
          <w:sz w:val="20"/>
          <w:szCs w:val="20"/>
          <w:lang w:val="es-ES_tradnl"/>
        </w:rPr>
        <w:t>-P-2026-O-</w:t>
      </w:r>
      <w:r>
        <w:rPr>
          <w:rFonts w:ascii="Arial" w:eastAsia="Times New Roman" w:hAnsi="Arial" w:cs="Arial"/>
          <w:b/>
          <w:bCs/>
          <w:sz w:val="20"/>
          <w:szCs w:val="20"/>
          <w:lang w:val="es-ES_tradnl"/>
        </w:rPr>
        <w:t>3</w:t>
      </w:r>
    </w:p>
    <w:p w14:paraId="02FF0C43" w14:textId="77777777" w:rsidR="006640BE" w:rsidRPr="003A7A7F" w:rsidRDefault="006640BE" w:rsidP="006640B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val="es-ES_tradnl"/>
        </w:rPr>
      </w:pPr>
      <w:r w:rsidRPr="003A7A7F">
        <w:rPr>
          <w:rFonts w:ascii="Arial" w:eastAsia="Times New Roman" w:hAnsi="Arial" w:cs="Arial"/>
          <w:sz w:val="20"/>
          <w:szCs w:val="20"/>
          <w:lang w:val="es-ES_tradnl"/>
        </w:rPr>
        <w:t xml:space="preserve">Cuestionario </w:t>
      </w:r>
    </w:p>
    <w:p w14:paraId="0D861A1E" w14:textId="74CA3DAB" w:rsidR="006640BE" w:rsidRPr="003A7A7F" w:rsidRDefault="006640BE" w:rsidP="006640BE">
      <w:pPr>
        <w:spacing w:after="0"/>
        <w:jc w:val="center"/>
        <w:rPr>
          <w:b/>
          <w:lang w:val="es-CO"/>
        </w:rPr>
      </w:pPr>
      <w:r w:rsidRPr="003A7A7F">
        <w:rPr>
          <w:b/>
          <w:lang w:val="es-CO"/>
        </w:rPr>
        <w:t xml:space="preserve">CUESTIONARIO DE </w:t>
      </w:r>
      <w:r w:rsidRPr="003A7A7F">
        <w:rPr>
          <w:b/>
          <w:color w:val="0070C0"/>
          <w:lang w:val="es-CO"/>
        </w:rPr>
        <w:t xml:space="preserve">VARIABLE DEPENDIENTE: </w:t>
      </w:r>
      <w:r w:rsidRPr="003A7A7F">
        <w:rPr>
          <w:b/>
          <w:lang w:val="es-CO"/>
        </w:rPr>
        <w:t>ENTORNOS SEGUROS, INCLUSIVOS Y ACCESIBLES PARA EL APRENDIZAJE-</w:t>
      </w:r>
      <w:r w:rsidRPr="003A7A7F">
        <w:rPr>
          <w:lang w:val="es-CO"/>
        </w:rPr>
        <w:t xml:space="preserve"> </w:t>
      </w:r>
      <w:r w:rsidRPr="006640BE">
        <w:rPr>
          <w:b/>
          <w:color w:val="0070C0"/>
          <w:lang w:val="es-CO"/>
        </w:rPr>
        <w:t>Convivencia escolar</w:t>
      </w:r>
    </w:p>
    <w:p w14:paraId="6CA4B815" w14:textId="77777777" w:rsidR="006640BE" w:rsidRPr="003A7A7F" w:rsidRDefault="006640BE" w:rsidP="006640BE">
      <w:pPr>
        <w:spacing w:after="0"/>
        <w:jc w:val="center"/>
        <w:rPr>
          <w:i/>
          <w:lang w:val="es-CO"/>
        </w:rPr>
      </w:pPr>
    </w:p>
    <w:p w14:paraId="0636DD8A" w14:textId="77777777" w:rsidR="006640BE" w:rsidRPr="003A7A7F" w:rsidRDefault="006640BE" w:rsidP="006640BE">
      <w:pPr>
        <w:spacing w:after="0"/>
        <w:jc w:val="center"/>
        <w:rPr>
          <w:rFonts w:ascii="Arial" w:hAnsi="Arial" w:cs="Arial"/>
          <w:sz w:val="18"/>
          <w:szCs w:val="18"/>
          <w:lang w:val="es-CO"/>
        </w:rPr>
      </w:pPr>
      <w:r w:rsidRPr="003A7A7F">
        <w:rPr>
          <w:i/>
          <w:lang w:val="es-CO"/>
        </w:rPr>
        <w:t>Proyecto: Entornos Seguros, Inclusivos y Accesibles mediados por Tecnologías Emergentes</w:t>
      </w:r>
    </w:p>
    <w:p w14:paraId="01DDBDCB" w14:textId="77777777" w:rsidR="006640BE" w:rsidRPr="003A7A7F" w:rsidRDefault="006640BE" w:rsidP="006640BE">
      <w:pPr>
        <w:rPr>
          <w:rFonts w:cs="Arial"/>
          <w:lang w:val="es-CO"/>
        </w:rPr>
      </w:pPr>
    </w:p>
    <w:p w14:paraId="32C6D33D" w14:textId="77777777" w:rsidR="006640BE" w:rsidRPr="003A7A7F" w:rsidRDefault="006640BE" w:rsidP="006640BE">
      <w:pPr>
        <w:rPr>
          <w:rFonts w:cs="Arial"/>
          <w:lang w:val="es-CO"/>
        </w:rPr>
      </w:pPr>
      <w:r w:rsidRPr="003A7A7F">
        <w:rPr>
          <w:rFonts w:cs="Arial"/>
          <w:lang w:val="es-CO"/>
        </w:rPr>
        <w:t>Este cuestionario tiene como propósito Recabar información sobre la percepción y el uso de prácticas pedagógicas socioemocionales, inclusivas, accesibles y seguras por parte de docentes estudiantes de maestría, así como el nivel de integración de tecnologías emergentes en sus contextos educativos.</w:t>
      </w:r>
    </w:p>
    <w:p w14:paraId="10A29160" w14:textId="77777777" w:rsidR="006640BE" w:rsidRPr="003A7A7F" w:rsidRDefault="006640BE" w:rsidP="006640BE">
      <w:pPr>
        <w:rPr>
          <w:rFonts w:cs="Arial"/>
          <w:lang w:val="es-CO"/>
        </w:rPr>
      </w:pPr>
      <w:r w:rsidRPr="003A7A7F">
        <w:rPr>
          <w:rFonts w:cs="Arial"/>
          <w:lang w:val="es-CO"/>
        </w:rPr>
        <w:t>NOMBRE: _________________________________________________________</w:t>
      </w:r>
    </w:p>
    <w:p w14:paraId="47AFBB8F" w14:textId="77777777" w:rsidR="006640BE" w:rsidRPr="003A7A7F" w:rsidRDefault="006640BE" w:rsidP="006640BE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GRADO ESCOLAR: _____________________________________________</w:t>
      </w:r>
    </w:p>
    <w:p w14:paraId="3BBB32D1" w14:textId="77777777" w:rsidR="006640BE" w:rsidRPr="003A7A7F" w:rsidRDefault="006640BE" w:rsidP="006640BE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INSTITUCIÓN EDUCATIVA: __________________________________________</w:t>
      </w:r>
    </w:p>
    <w:p w14:paraId="17995BE9" w14:textId="77777777" w:rsidR="006640BE" w:rsidRPr="003A7A7F" w:rsidRDefault="006640BE" w:rsidP="006640BE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CIUDAD: __________________________________________________________</w:t>
      </w:r>
    </w:p>
    <w:p w14:paraId="7167C744" w14:textId="77777777" w:rsidR="006640BE" w:rsidRPr="003A7A7F" w:rsidRDefault="006640BE" w:rsidP="006640BE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DEPARTAMENTO: _________________________________________________</w:t>
      </w:r>
    </w:p>
    <w:p w14:paraId="294CB611" w14:textId="77777777" w:rsidR="006640BE" w:rsidRPr="006640BE" w:rsidRDefault="006640BE" w:rsidP="006640BE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 xml:space="preserve">DIMENSIÓN: </w:t>
      </w:r>
      <w:r w:rsidRPr="006640BE">
        <w:rPr>
          <w:rFonts w:cs="Arial"/>
          <w:b/>
          <w:bCs/>
          <w:color w:val="0070C0"/>
          <w:lang w:val="es-CO"/>
        </w:rPr>
        <w:t>Convivencia escolar</w:t>
      </w:r>
      <w:r w:rsidRPr="003A7A7F">
        <w:rPr>
          <w:rFonts w:cs="Arial"/>
          <w:lang w:val="es-CO"/>
        </w:rPr>
        <w:br/>
        <w:t xml:space="preserve">INDICADOR: </w:t>
      </w:r>
      <w:r w:rsidRPr="006640BE">
        <w:rPr>
          <w:rFonts w:cs="Arial"/>
          <w:lang w:val="es-CO"/>
        </w:rPr>
        <w:t>Promueve el diálogo, la tolerancia y la solución pacífica de conflictos a través de la toma de decisiones informadas en el entorno escolar.</w:t>
      </w:r>
    </w:p>
    <w:p w14:paraId="355482CD" w14:textId="5F1A6009" w:rsidR="006640BE" w:rsidRPr="003A7A7F" w:rsidRDefault="006640BE" w:rsidP="006640BE">
      <w:pPr>
        <w:spacing w:after="0" w:line="240" w:lineRule="auto"/>
        <w:rPr>
          <w:rFonts w:cs="Arial"/>
          <w:lang w:val="es-CO"/>
        </w:rPr>
      </w:pPr>
      <w:r w:rsidRPr="006640BE">
        <w:rPr>
          <w:rFonts w:cs="Arial"/>
          <w:lang w:val="es-CO"/>
        </w:rPr>
        <w:t>PRINCIPIO</w:t>
      </w:r>
      <w:r w:rsidRPr="006640BE">
        <w:rPr>
          <w:rFonts w:cs="Arial"/>
          <w:lang w:val="es-CO"/>
        </w:rPr>
        <w:t xml:space="preserve"> DUA: Representación. Pauta DUA 6.1 Establecer objetivos significativos</w:t>
      </w:r>
    </w:p>
    <w:p w14:paraId="062AB922" w14:textId="77777777" w:rsidR="006640BE" w:rsidRPr="003A7A7F" w:rsidRDefault="006640BE" w:rsidP="006640BE">
      <w:pPr>
        <w:spacing w:after="0" w:line="240" w:lineRule="auto"/>
        <w:rPr>
          <w:rFonts w:ascii="Arial" w:hAnsi="Arial" w:cs="Arial"/>
          <w:sz w:val="18"/>
          <w:szCs w:val="18"/>
          <w:lang w:val="es-CO"/>
        </w:rPr>
      </w:pPr>
    </w:p>
    <w:tbl>
      <w:tblPr>
        <w:tblStyle w:val="Tablaconcuadrcula1"/>
        <w:tblW w:w="9209" w:type="dxa"/>
        <w:tblLook w:val="04A0" w:firstRow="1" w:lastRow="0" w:firstColumn="1" w:lastColumn="0" w:noHBand="0" w:noVBand="1"/>
      </w:tblPr>
      <w:tblGrid>
        <w:gridCol w:w="3438"/>
        <w:gridCol w:w="1977"/>
        <w:gridCol w:w="1131"/>
        <w:gridCol w:w="2663"/>
      </w:tblGrid>
      <w:tr w:rsidR="006640BE" w:rsidRPr="003A7A7F" w14:paraId="3E418541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0BD8" w14:textId="77777777" w:rsidR="006640BE" w:rsidRPr="003A7A7F" w:rsidRDefault="006640BE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Nombre del instrumento: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23AC" w14:textId="6436931D" w:rsidR="006640BE" w:rsidRPr="003A7A7F" w:rsidRDefault="006640BE" w:rsidP="007A1927">
            <w:pPr>
              <w:rPr>
                <w:rFonts w:cs="Arial"/>
                <w:lang w:val="es-ES_tradnl"/>
              </w:rPr>
            </w:pPr>
            <w:r w:rsidRPr="003A7A7F">
              <w:rPr>
                <w:rFonts w:cs="Arial"/>
                <w:b/>
                <w:bCs/>
                <w:lang w:val="es-CO"/>
              </w:rPr>
              <w:t>CUESTIONARIO DE VARIABLE DEPENDIENTE: ENTORNOS SEGUROS, INCLUSIVOS Y ACCESIBLES PARA EL APRENDIZAJE-</w:t>
            </w:r>
            <w:r w:rsidRPr="003A7A7F">
              <w:rPr>
                <w:lang w:val="es-CO"/>
              </w:rPr>
              <w:t xml:space="preserve"> </w:t>
            </w:r>
            <w:r w:rsidRPr="006640BE">
              <w:rPr>
                <w:rFonts w:cs="Arial"/>
                <w:b/>
                <w:bCs/>
                <w:color w:val="0070C0"/>
                <w:lang w:val="es-CO"/>
              </w:rPr>
              <w:t>Convivencia escolar</w:t>
            </w:r>
          </w:p>
        </w:tc>
      </w:tr>
      <w:tr w:rsidR="006640BE" w:rsidRPr="003A7A7F" w14:paraId="22CFCA47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ED8B" w14:textId="77777777" w:rsidR="006640BE" w:rsidRPr="003A7A7F" w:rsidRDefault="006640BE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Tipo: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F305" w14:textId="77777777" w:rsidR="006640BE" w:rsidRPr="003A7A7F" w:rsidRDefault="006640BE" w:rsidP="007A1927">
            <w:pPr>
              <w:rPr>
                <w:rFonts w:cs="Arial"/>
              </w:rPr>
            </w:pPr>
            <w:r w:rsidRPr="003A7A7F">
              <w:rPr>
                <w:rFonts w:cs="Arial"/>
                <w:lang w:val="es-CO"/>
              </w:rPr>
              <w:t>Escala tipo Likert (1 a 4)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D4AA" w14:textId="77777777" w:rsidR="006640BE" w:rsidRPr="003A7A7F" w:rsidRDefault="006640BE" w:rsidP="007A1927">
            <w:pPr>
              <w:rPr>
                <w:rFonts w:cs="Arial"/>
              </w:rPr>
            </w:pPr>
            <w:r w:rsidRPr="003A7A7F">
              <w:rPr>
                <w:rFonts w:cs="Arial"/>
              </w:rPr>
              <w:t>Año: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7364" w14:textId="77777777" w:rsidR="006640BE" w:rsidRPr="003A7A7F" w:rsidRDefault="006640BE" w:rsidP="007A1927">
            <w:pPr>
              <w:rPr>
                <w:rFonts w:cs="Arial"/>
              </w:rPr>
            </w:pPr>
          </w:p>
        </w:tc>
      </w:tr>
      <w:tr w:rsidR="006640BE" w:rsidRPr="003A7A7F" w14:paraId="7530E965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E84" w14:textId="77777777" w:rsidR="006640BE" w:rsidRPr="003A7A7F" w:rsidRDefault="006640BE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Cláusula de confidencialidad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94AF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La información personal objeto de esta autorización se refiere a datos personales regulados por la Ley 1581 de 2012, el decreto 1377 de 2013 y las normas que lo modifiquen o adicionen (Protección de datos).</w:t>
            </w:r>
          </w:p>
        </w:tc>
      </w:tr>
      <w:tr w:rsidR="006640BE" w:rsidRPr="003A7A7F" w14:paraId="19796E73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B024" w14:textId="77777777" w:rsidR="006640BE" w:rsidRPr="003A7A7F" w:rsidRDefault="006640BE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 xml:space="preserve">Objetivo 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3703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Recabar información sobre la percepción y el uso de prácticas pedagógicas socioemocionales, inclusivas, accesibles y seguras por parte de docentes estudiantes de maestría, así como el nivel de integración de tecnologías emergentes en sus contextos educativos.</w:t>
            </w:r>
          </w:p>
          <w:p w14:paraId="645B3126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</w:p>
        </w:tc>
      </w:tr>
      <w:tr w:rsidR="006640BE" w:rsidRPr="003A7A7F" w14:paraId="28B856B0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FDFA" w14:textId="77777777" w:rsidR="006640BE" w:rsidRPr="003A7A7F" w:rsidRDefault="006640BE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Datos sociodemográficos: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559C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Sexo: F: _____</w:t>
            </w:r>
            <w:proofErr w:type="gramStart"/>
            <w:r w:rsidRPr="003A7A7F">
              <w:rPr>
                <w:rFonts w:cs="Arial"/>
                <w:lang w:val="es-CO"/>
              </w:rPr>
              <w:t>M:_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  <w:p w14:paraId="2E8B09D4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Edad: ______________</w:t>
            </w:r>
          </w:p>
          <w:p w14:paraId="2704E0C9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Institución educativa: ___________________________</w:t>
            </w:r>
          </w:p>
          <w:p w14:paraId="01303F89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Gustos, pasatiempos e intereses: _____________</w:t>
            </w:r>
          </w:p>
          <w:p w14:paraId="33022D4F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 xml:space="preserve">Vive con: </w:t>
            </w:r>
          </w:p>
          <w:p w14:paraId="7590EE90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Madre y padre: ________Madre: ________</w:t>
            </w:r>
          </w:p>
          <w:p w14:paraId="541CFEDD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Padre:_</w:t>
            </w:r>
            <w:proofErr w:type="gramEnd"/>
            <w:r w:rsidRPr="003A7A7F">
              <w:rPr>
                <w:rFonts w:cs="Arial"/>
                <w:lang w:val="es-CO"/>
              </w:rPr>
              <w:t>______</w:t>
            </w:r>
            <w:proofErr w:type="gramStart"/>
            <w:r w:rsidRPr="003A7A7F">
              <w:rPr>
                <w:rFonts w:cs="Arial"/>
                <w:lang w:val="es-CO"/>
              </w:rPr>
              <w:t>Abuelos:_</w:t>
            </w:r>
            <w:proofErr w:type="gramEnd"/>
            <w:r w:rsidRPr="003A7A7F">
              <w:rPr>
                <w:rFonts w:cs="Arial"/>
                <w:lang w:val="es-CO"/>
              </w:rPr>
              <w:t>______</w:t>
            </w:r>
            <w:proofErr w:type="gramStart"/>
            <w:r w:rsidRPr="003A7A7F">
              <w:rPr>
                <w:rFonts w:cs="Arial"/>
                <w:lang w:val="es-CO"/>
              </w:rPr>
              <w:t>Hermanos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  <w:p w14:paraId="776A3FC5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Familiares:_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  <w:proofErr w:type="gramStart"/>
            <w:r w:rsidRPr="003A7A7F">
              <w:rPr>
                <w:rFonts w:cs="Arial"/>
                <w:lang w:val="es-CO"/>
              </w:rPr>
              <w:t>Acudientes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</w:p>
          <w:p w14:paraId="421D6074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Solo:_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  <w:proofErr w:type="gramStart"/>
            <w:r w:rsidRPr="003A7A7F">
              <w:rPr>
                <w:rFonts w:cs="Arial"/>
                <w:lang w:val="es-CO"/>
              </w:rPr>
              <w:t>Amigos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________</w:t>
            </w:r>
          </w:p>
          <w:p w14:paraId="7C0A0D97" w14:textId="77777777" w:rsidR="006640BE" w:rsidRPr="003A7A7F" w:rsidRDefault="006640BE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 xml:space="preserve">Tengo un dispositivo tecnológico: </w:t>
            </w:r>
            <w:proofErr w:type="gramStart"/>
            <w:r w:rsidRPr="003A7A7F">
              <w:rPr>
                <w:rFonts w:cs="Arial"/>
                <w:lang w:val="es-CO"/>
              </w:rPr>
              <w:t>Sí:_</w:t>
            </w:r>
            <w:proofErr w:type="gramEnd"/>
            <w:r w:rsidRPr="003A7A7F">
              <w:rPr>
                <w:rFonts w:cs="Arial"/>
                <w:lang w:val="es-CO"/>
              </w:rPr>
              <w:t xml:space="preserve">____ </w:t>
            </w:r>
            <w:proofErr w:type="gramStart"/>
            <w:r w:rsidRPr="003A7A7F">
              <w:rPr>
                <w:rFonts w:cs="Arial"/>
                <w:lang w:val="es-CO"/>
              </w:rPr>
              <w:t>No:_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</w:tc>
      </w:tr>
    </w:tbl>
    <w:p w14:paraId="42E26917" w14:textId="77777777" w:rsidR="006640BE" w:rsidRPr="003A7A7F" w:rsidRDefault="006640BE" w:rsidP="006640BE">
      <w:pPr>
        <w:rPr>
          <w:b/>
          <w:lang w:val="es-C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640BE" w:rsidRPr="003A7A7F" w14:paraId="18C4A2C0" w14:textId="77777777" w:rsidTr="007A1927">
        <w:tc>
          <w:tcPr>
            <w:tcW w:w="4320" w:type="dxa"/>
          </w:tcPr>
          <w:p w14:paraId="02E67851" w14:textId="77777777" w:rsidR="006640BE" w:rsidRPr="003A7A7F" w:rsidRDefault="006640BE" w:rsidP="007A1927">
            <w:pPr>
              <w:rPr>
                <w:lang w:val="es-CO"/>
              </w:rPr>
            </w:pPr>
          </w:p>
        </w:tc>
        <w:tc>
          <w:tcPr>
            <w:tcW w:w="4320" w:type="dxa"/>
          </w:tcPr>
          <w:p w14:paraId="5EA2708C" w14:textId="77777777" w:rsidR="006640BE" w:rsidRPr="003A7A7F" w:rsidRDefault="006640BE" w:rsidP="007A1927">
            <w:pPr>
              <w:rPr>
                <w:lang w:val="es-CO"/>
              </w:rPr>
            </w:pPr>
          </w:p>
        </w:tc>
      </w:tr>
      <w:tr w:rsidR="006640BE" w:rsidRPr="003A7A7F" w14:paraId="063348D8" w14:textId="77777777" w:rsidTr="007A1927">
        <w:tc>
          <w:tcPr>
            <w:tcW w:w="4320" w:type="dxa"/>
          </w:tcPr>
          <w:p w14:paraId="4AA45BD8" w14:textId="77777777" w:rsidR="006640BE" w:rsidRPr="003A7A7F" w:rsidRDefault="006640BE" w:rsidP="007A1927">
            <w:pPr>
              <w:rPr>
                <w:lang w:val="es-CO"/>
              </w:rPr>
            </w:pPr>
          </w:p>
        </w:tc>
        <w:tc>
          <w:tcPr>
            <w:tcW w:w="4320" w:type="dxa"/>
          </w:tcPr>
          <w:p w14:paraId="1E643ADF" w14:textId="77777777" w:rsidR="006640BE" w:rsidRPr="003A7A7F" w:rsidRDefault="006640BE" w:rsidP="007A1927">
            <w:pPr>
              <w:rPr>
                <w:lang w:val="es-CO"/>
              </w:rPr>
            </w:pPr>
          </w:p>
        </w:tc>
      </w:tr>
    </w:tbl>
    <w:p w14:paraId="787E330C" w14:textId="77777777" w:rsidR="006640BE" w:rsidRPr="003A7A7F" w:rsidRDefault="006640BE" w:rsidP="006640BE">
      <w:pPr>
        <w:keepNext/>
        <w:keepLines/>
        <w:spacing w:before="200" w:after="0"/>
        <w:outlineLvl w:val="1"/>
        <w:rPr>
          <w:b/>
          <w:color w:val="0070C0"/>
          <w:lang w:val="es-CO"/>
        </w:rPr>
      </w:pPr>
      <w:r w:rsidRPr="003A7A7F">
        <w:rPr>
          <w:b/>
          <w:color w:val="0070C0"/>
          <w:lang w:val="es-CO"/>
        </w:rPr>
        <w:t>Instrucciones</w:t>
      </w:r>
    </w:p>
    <w:p w14:paraId="1C79567D" w14:textId="77777777" w:rsidR="006640BE" w:rsidRPr="003A7A7F" w:rsidRDefault="006640BE" w:rsidP="006640BE">
      <w:pPr>
        <w:rPr>
          <w:lang w:val="es-CO"/>
        </w:rPr>
      </w:pPr>
      <w:r w:rsidRPr="003A7A7F">
        <w:rPr>
          <w:lang w:val="es-CO"/>
        </w:rPr>
        <w:t>Lea cuidadosamente cada afirmación y marque una sola respuesta de acuerdo con la frecuencia o el grado en que refleja su comportamiento habitual.</w:t>
      </w:r>
    </w:p>
    <w:p w14:paraId="75F7A816" w14:textId="77777777" w:rsidR="006640BE" w:rsidRPr="003A7A7F" w:rsidRDefault="006640BE" w:rsidP="006640BE">
      <w:pPr>
        <w:rPr>
          <w:lang w:val="es-CO"/>
        </w:rPr>
      </w:pPr>
      <w:r w:rsidRPr="003A7A7F">
        <w:rPr>
          <w:lang w:val="es-CO"/>
        </w:rPr>
        <w:t>Escala: 1=Totalmente en desacuerdo, 2=En desacuerdo, 3=Ni de acuerdo ni en desacuerdo, 4=De acuerdo, 5=Totalmente de acuerdo.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80"/>
        <w:gridCol w:w="1575"/>
        <w:gridCol w:w="1177"/>
        <w:gridCol w:w="1177"/>
        <w:gridCol w:w="1177"/>
        <w:gridCol w:w="1177"/>
        <w:gridCol w:w="1177"/>
      </w:tblGrid>
      <w:tr w:rsidR="00677201" w14:paraId="23D3C137" w14:textId="77777777" w:rsidTr="006640BE">
        <w:tc>
          <w:tcPr>
            <w:tcW w:w="1180" w:type="dxa"/>
          </w:tcPr>
          <w:p w14:paraId="163F164F" w14:textId="77777777" w:rsidR="00677201" w:rsidRDefault="00000000">
            <w:r>
              <w:t>N°</w:t>
            </w:r>
          </w:p>
        </w:tc>
        <w:tc>
          <w:tcPr>
            <w:tcW w:w="1575" w:type="dxa"/>
          </w:tcPr>
          <w:p w14:paraId="0D47960A" w14:textId="77777777" w:rsidR="00677201" w:rsidRDefault="00000000">
            <w:r>
              <w:t>Enunciado</w:t>
            </w:r>
          </w:p>
        </w:tc>
        <w:tc>
          <w:tcPr>
            <w:tcW w:w="1177" w:type="dxa"/>
          </w:tcPr>
          <w:p w14:paraId="0E53C019" w14:textId="77777777" w:rsidR="00677201" w:rsidRDefault="00000000">
            <w:r>
              <w:t>1</w:t>
            </w:r>
          </w:p>
        </w:tc>
        <w:tc>
          <w:tcPr>
            <w:tcW w:w="1177" w:type="dxa"/>
          </w:tcPr>
          <w:p w14:paraId="3DFD36FB" w14:textId="77777777" w:rsidR="00677201" w:rsidRDefault="00000000">
            <w:r>
              <w:t>2</w:t>
            </w:r>
          </w:p>
        </w:tc>
        <w:tc>
          <w:tcPr>
            <w:tcW w:w="1177" w:type="dxa"/>
          </w:tcPr>
          <w:p w14:paraId="363301FE" w14:textId="77777777" w:rsidR="00677201" w:rsidRDefault="00000000">
            <w:r>
              <w:t>3</w:t>
            </w:r>
          </w:p>
        </w:tc>
        <w:tc>
          <w:tcPr>
            <w:tcW w:w="1177" w:type="dxa"/>
          </w:tcPr>
          <w:p w14:paraId="5DE039B3" w14:textId="77777777" w:rsidR="00677201" w:rsidRDefault="00000000">
            <w:r>
              <w:t>4</w:t>
            </w:r>
          </w:p>
        </w:tc>
        <w:tc>
          <w:tcPr>
            <w:tcW w:w="1177" w:type="dxa"/>
          </w:tcPr>
          <w:p w14:paraId="7E126C5A" w14:textId="77777777" w:rsidR="00677201" w:rsidRDefault="00000000">
            <w:r>
              <w:t>5</w:t>
            </w:r>
          </w:p>
        </w:tc>
      </w:tr>
      <w:tr w:rsidR="00677201" w14:paraId="62911A8D" w14:textId="77777777" w:rsidTr="006640BE">
        <w:tc>
          <w:tcPr>
            <w:tcW w:w="1180" w:type="dxa"/>
          </w:tcPr>
          <w:p w14:paraId="0DA83306" w14:textId="77777777" w:rsidR="00677201" w:rsidRDefault="00000000">
            <w:r>
              <w:t>1</w:t>
            </w:r>
          </w:p>
        </w:tc>
        <w:tc>
          <w:tcPr>
            <w:tcW w:w="1575" w:type="dxa"/>
          </w:tcPr>
          <w:p w14:paraId="08BA3112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Dialogo con respeto cuando tengo diferencias con mis compañeros.</w:t>
            </w:r>
          </w:p>
        </w:tc>
        <w:tc>
          <w:tcPr>
            <w:tcW w:w="1177" w:type="dxa"/>
          </w:tcPr>
          <w:p w14:paraId="69F92261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5A8CED7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813BB4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804CDA9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B52CD0B" w14:textId="77777777" w:rsidR="00677201" w:rsidRDefault="00000000">
            <w:r>
              <w:t>☐</w:t>
            </w:r>
          </w:p>
        </w:tc>
      </w:tr>
      <w:tr w:rsidR="00677201" w14:paraId="4E8E4853" w14:textId="77777777" w:rsidTr="006640BE">
        <w:tc>
          <w:tcPr>
            <w:tcW w:w="1180" w:type="dxa"/>
          </w:tcPr>
          <w:p w14:paraId="73B4814A" w14:textId="77777777" w:rsidR="00677201" w:rsidRDefault="00000000">
            <w:r>
              <w:t>2</w:t>
            </w:r>
          </w:p>
        </w:tc>
        <w:tc>
          <w:tcPr>
            <w:tcW w:w="1575" w:type="dxa"/>
          </w:tcPr>
          <w:p w14:paraId="6ED0ED90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Escucho antes de responder durante un desacuerdo.</w:t>
            </w:r>
          </w:p>
        </w:tc>
        <w:tc>
          <w:tcPr>
            <w:tcW w:w="1177" w:type="dxa"/>
          </w:tcPr>
          <w:p w14:paraId="6036ACE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C9473B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628CE42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67DA772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D8DA8B7" w14:textId="77777777" w:rsidR="00677201" w:rsidRDefault="00000000">
            <w:r>
              <w:t>☐</w:t>
            </w:r>
          </w:p>
        </w:tc>
      </w:tr>
      <w:tr w:rsidR="00677201" w14:paraId="7319662A" w14:textId="77777777" w:rsidTr="006640BE">
        <w:tc>
          <w:tcPr>
            <w:tcW w:w="1180" w:type="dxa"/>
          </w:tcPr>
          <w:p w14:paraId="43797BCF" w14:textId="77777777" w:rsidR="00677201" w:rsidRDefault="00000000">
            <w:r>
              <w:t>3</w:t>
            </w:r>
          </w:p>
        </w:tc>
        <w:tc>
          <w:tcPr>
            <w:tcW w:w="1575" w:type="dxa"/>
          </w:tcPr>
          <w:p w14:paraId="268F7E01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Busco soluciones pacíficas frente a los conflictos.</w:t>
            </w:r>
          </w:p>
        </w:tc>
        <w:tc>
          <w:tcPr>
            <w:tcW w:w="1177" w:type="dxa"/>
          </w:tcPr>
          <w:p w14:paraId="69E1C2F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501F02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665C66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97941E7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BE1DE4A" w14:textId="77777777" w:rsidR="00677201" w:rsidRDefault="00000000">
            <w:r>
              <w:t>☐</w:t>
            </w:r>
          </w:p>
        </w:tc>
      </w:tr>
      <w:tr w:rsidR="00677201" w14:paraId="00A37A3E" w14:textId="77777777" w:rsidTr="006640BE">
        <w:tc>
          <w:tcPr>
            <w:tcW w:w="1180" w:type="dxa"/>
          </w:tcPr>
          <w:p w14:paraId="30715CAF" w14:textId="77777777" w:rsidR="00677201" w:rsidRDefault="00000000">
            <w:r>
              <w:t>4</w:t>
            </w:r>
          </w:p>
        </w:tc>
        <w:tc>
          <w:tcPr>
            <w:tcW w:w="1575" w:type="dxa"/>
          </w:tcPr>
          <w:p w14:paraId="07FD7022" w14:textId="77777777" w:rsidR="00677201" w:rsidRDefault="00000000">
            <w:r>
              <w:t>Respeto las normas de convivencia escolar.</w:t>
            </w:r>
          </w:p>
        </w:tc>
        <w:tc>
          <w:tcPr>
            <w:tcW w:w="1177" w:type="dxa"/>
          </w:tcPr>
          <w:p w14:paraId="20C3719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4E87769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5399F4E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EA15AF6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F2B7139" w14:textId="77777777" w:rsidR="00677201" w:rsidRDefault="00000000">
            <w:r>
              <w:t>☐</w:t>
            </w:r>
          </w:p>
        </w:tc>
      </w:tr>
      <w:tr w:rsidR="00677201" w14:paraId="247B7024" w14:textId="77777777" w:rsidTr="006640BE">
        <w:tc>
          <w:tcPr>
            <w:tcW w:w="1180" w:type="dxa"/>
          </w:tcPr>
          <w:p w14:paraId="1A954A88" w14:textId="77777777" w:rsidR="00677201" w:rsidRDefault="00000000">
            <w:r>
              <w:t>5</w:t>
            </w:r>
          </w:p>
        </w:tc>
        <w:tc>
          <w:tcPr>
            <w:tcW w:w="1575" w:type="dxa"/>
          </w:tcPr>
          <w:p w14:paraId="6C590B1D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Acepto opiniones diferentes sin generar discusiones ofensivas.</w:t>
            </w:r>
          </w:p>
        </w:tc>
        <w:tc>
          <w:tcPr>
            <w:tcW w:w="1177" w:type="dxa"/>
          </w:tcPr>
          <w:p w14:paraId="2F0C365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28E28FD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2C722E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C933CE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7946F37" w14:textId="77777777" w:rsidR="00677201" w:rsidRDefault="00000000">
            <w:r>
              <w:t>☐</w:t>
            </w:r>
          </w:p>
        </w:tc>
      </w:tr>
      <w:tr w:rsidR="00677201" w14:paraId="5B30B582" w14:textId="77777777" w:rsidTr="006640BE">
        <w:tc>
          <w:tcPr>
            <w:tcW w:w="1180" w:type="dxa"/>
          </w:tcPr>
          <w:p w14:paraId="2E89E2C8" w14:textId="77777777" w:rsidR="00677201" w:rsidRDefault="00000000">
            <w:r>
              <w:t>6</w:t>
            </w:r>
          </w:p>
        </w:tc>
        <w:tc>
          <w:tcPr>
            <w:tcW w:w="1575" w:type="dxa"/>
          </w:tcPr>
          <w:p w14:paraId="7ACDD3FE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 xml:space="preserve">Contribuyo a mantener un ambiente de </w:t>
            </w:r>
            <w:r w:rsidRPr="006640BE">
              <w:rPr>
                <w:lang w:val="es-CO"/>
              </w:rPr>
              <w:lastRenderedPageBreak/>
              <w:t>respeto en el aula.</w:t>
            </w:r>
          </w:p>
        </w:tc>
        <w:tc>
          <w:tcPr>
            <w:tcW w:w="1177" w:type="dxa"/>
          </w:tcPr>
          <w:p w14:paraId="454AA019" w14:textId="77777777" w:rsidR="00677201" w:rsidRDefault="00000000">
            <w:r>
              <w:lastRenderedPageBreak/>
              <w:t>☐</w:t>
            </w:r>
          </w:p>
        </w:tc>
        <w:tc>
          <w:tcPr>
            <w:tcW w:w="1177" w:type="dxa"/>
          </w:tcPr>
          <w:p w14:paraId="5AECBD6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72B7FA6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ACCCB9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DAC0460" w14:textId="77777777" w:rsidR="00677201" w:rsidRDefault="00000000">
            <w:r>
              <w:t>☐</w:t>
            </w:r>
          </w:p>
        </w:tc>
      </w:tr>
      <w:tr w:rsidR="00677201" w14:paraId="43496F5F" w14:textId="77777777" w:rsidTr="006640BE">
        <w:tc>
          <w:tcPr>
            <w:tcW w:w="1180" w:type="dxa"/>
          </w:tcPr>
          <w:p w14:paraId="76B025DF" w14:textId="77777777" w:rsidR="00677201" w:rsidRDefault="00000000">
            <w:r>
              <w:t>7</w:t>
            </w:r>
          </w:p>
        </w:tc>
        <w:tc>
          <w:tcPr>
            <w:tcW w:w="1575" w:type="dxa"/>
          </w:tcPr>
          <w:p w14:paraId="5EA9E08F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Evito responder con agresividad ante un conflicto.</w:t>
            </w:r>
          </w:p>
        </w:tc>
        <w:tc>
          <w:tcPr>
            <w:tcW w:w="1177" w:type="dxa"/>
          </w:tcPr>
          <w:p w14:paraId="3618B43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CC6EC96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66F1654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EB8544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08617BC" w14:textId="77777777" w:rsidR="00677201" w:rsidRDefault="00000000">
            <w:r>
              <w:t>☐</w:t>
            </w:r>
          </w:p>
        </w:tc>
      </w:tr>
      <w:tr w:rsidR="00677201" w14:paraId="76F09DD1" w14:textId="77777777" w:rsidTr="006640BE">
        <w:tc>
          <w:tcPr>
            <w:tcW w:w="1180" w:type="dxa"/>
          </w:tcPr>
          <w:p w14:paraId="734274D0" w14:textId="77777777" w:rsidR="00677201" w:rsidRDefault="00000000">
            <w:r>
              <w:t>8</w:t>
            </w:r>
          </w:p>
        </w:tc>
        <w:tc>
          <w:tcPr>
            <w:tcW w:w="1575" w:type="dxa"/>
          </w:tcPr>
          <w:p w14:paraId="57883F94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Participo en actividades que fortalecen la convivencia escolar.</w:t>
            </w:r>
          </w:p>
        </w:tc>
        <w:tc>
          <w:tcPr>
            <w:tcW w:w="1177" w:type="dxa"/>
          </w:tcPr>
          <w:p w14:paraId="20FBFFE3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E94694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E96A886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4CBE24B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CB500E7" w14:textId="77777777" w:rsidR="00677201" w:rsidRDefault="00000000">
            <w:r>
              <w:t>☐</w:t>
            </w:r>
          </w:p>
        </w:tc>
      </w:tr>
      <w:tr w:rsidR="00677201" w14:paraId="5F4313AD" w14:textId="77777777" w:rsidTr="006640BE">
        <w:tc>
          <w:tcPr>
            <w:tcW w:w="1180" w:type="dxa"/>
          </w:tcPr>
          <w:p w14:paraId="07E35D88" w14:textId="77777777" w:rsidR="00677201" w:rsidRDefault="00000000">
            <w:r>
              <w:t>9</w:t>
            </w:r>
          </w:p>
        </w:tc>
        <w:tc>
          <w:tcPr>
            <w:tcW w:w="1575" w:type="dxa"/>
          </w:tcPr>
          <w:p w14:paraId="3887CE99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Promuevo el diálogo para resolver desacuerdos.</w:t>
            </w:r>
          </w:p>
        </w:tc>
        <w:tc>
          <w:tcPr>
            <w:tcW w:w="1177" w:type="dxa"/>
          </w:tcPr>
          <w:p w14:paraId="4D0D932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CD33BA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EA337A6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069AC2EF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A350664" w14:textId="77777777" w:rsidR="00677201" w:rsidRDefault="00000000">
            <w:r>
              <w:t>☐</w:t>
            </w:r>
          </w:p>
        </w:tc>
      </w:tr>
      <w:tr w:rsidR="00677201" w14:paraId="53E4D58A" w14:textId="77777777" w:rsidTr="006640BE">
        <w:tc>
          <w:tcPr>
            <w:tcW w:w="1180" w:type="dxa"/>
          </w:tcPr>
          <w:p w14:paraId="2B56BCAD" w14:textId="77777777" w:rsidR="00677201" w:rsidRDefault="00000000">
            <w:r>
              <w:t>10</w:t>
            </w:r>
          </w:p>
        </w:tc>
        <w:tc>
          <w:tcPr>
            <w:tcW w:w="1575" w:type="dxa"/>
          </w:tcPr>
          <w:p w14:paraId="3990F0BF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Mis decisiones favorecen el bienestar del grupo.</w:t>
            </w:r>
          </w:p>
        </w:tc>
        <w:tc>
          <w:tcPr>
            <w:tcW w:w="1177" w:type="dxa"/>
          </w:tcPr>
          <w:p w14:paraId="08709633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23EC897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DA22D3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1AC463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90F1D52" w14:textId="77777777" w:rsidR="00677201" w:rsidRDefault="00000000">
            <w:r>
              <w:t>☐</w:t>
            </w:r>
          </w:p>
        </w:tc>
      </w:tr>
      <w:tr w:rsidR="00677201" w14:paraId="6D4698B2" w14:textId="77777777" w:rsidTr="006640BE">
        <w:tc>
          <w:tcPr>
            <w:tcW w:w="1180" w:type="dxa"/>
          </w:tcPr>
          <w:p w14:paraId="0CE0E7A0" w14:textId="77777777" w:rsidR="00677201" w:rsidRDefault="00000000">
            <w:r>
              <w:t>11</w:t>
            </w:r>
          </w:p>
        </w:tc>
        <w:tc>
          <w:tcPr>
            <w:tcW w:w="1575" w:type="dxa"/>
          </w:tcPr>
          <w:p w14:paraId="2B22AC75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Respeto los acuerdos establecidos en el salón de clase.</w:t>
            </w:r>
          </w:p>
        </w:tc>
        <w:tc>
          <w:tcPr>
            <w:tcW w:w="1177" w:type="dxa"/>
          </w:tcPr>
          <w:p w14:paraId="6C3EDB5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271ACD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DFF8C7E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FBD8AF2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5886990" w14:textId="77777777" w:rsidR="00677201" w:rsidRDefault="00000000">
            <w:r>
              <w:t>☐</w:t>
            </w:r>
          </w:p>
        </w:tc>
      </w:tr>
      <w:tr w:rsidR="00677201" w14:paraId="1FFFA4FE" w14:textId="77777777" w:rsidTr="006640BE">
        <w:tc>
          <w:tcPr>
            <w:tcW w:w="1180" w:type="dxa"/>
          </w:tcPr>
          <w:p w14:paraId="485CC745" w14:textId="77777777" w:rsidR="00677201" w:rsidRDefault="00000000">
            <w:r>
              <w:t>12</w:t>
            </w:r>
          </w:p>
        </w:tc>
        <w:tc>
          <w:tcPr>
            <w:tcW w:w="1575" w:type="dxa"/>
          </w:tcPr>
          <w:p w14:paraId="2A557D68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Reconozco las consecuencias de mis acciones sobre los demás.</w:t>
            </w:r>
          </w:p>
        </w:tc>
        <w:tc>
          <w:tcPr>
            <w:tcW w:w="1177" w:type="dxa"/>
          </w:tcPr>
          <w:p w14:paraId="2CB8C25E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70563D8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4D42B30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A89A27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D2B44EB" w14:textId="77777777" w:rsidR="00677201" w:rsidRDefault="00000000">
            <w:r>
              <w:t>☐</w:t>
            </w:r>
          </w:p>
        </w:tc>
      </w:tr>
      <w:tr w:rsidR="00677201" w14:paraId="0A0A3E31" w14:textId="77777777" w:rsidTr="006640BE">
        <w:tc>
          <w:tcPr>
            <w:tcW w:w="1180" w:type="dxa"/>
          </w:tcPr>
          <w:p w14:paraId="2D6971E7" w14:textId="77777777" w:rsidR="00677201" w:rsidRDefault="00000000">
            <w:r>
              <w:t>13</w:t>
            </w:r>
          </w:p>
        </w:tc>
        <w:tc>
          <w:tcPr>
            <w:tcW w:w="1575" w:type="dxa"/>
          </w:tcPr>
          <w:p w14:paraId="4143654A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Actúo con tolerancia frente a la diversidad.</w:t>
            </w:r>
          </w:p>
        </w:tc>
        <w:tc>
          <w:tcPr>
            <w:tcW w:w="1177" w:type="dxa"/>
          </w:tcPr>
          <w:p w14:paraId="51918E77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813491D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6E8CE39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C3C681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4728FFB" w14:textId="77777777" w:rsidR="00677201" w:rsidRDefault="00000000">
            <w:r>
              <w:t>☐</w:t>
            </w:r>
          </w:p>
        </w:tc>
      </w:tr>
      <w:tr w:rsidR="00677201" w14:paraId="71D96277" w14:textId="77777777" w:rsidTr="006640BE">
        <w:tc>
          <w:tcPr>
            <w:tcW w:w="1180" w:type="dxa"/>
          </w:tcPr>
          <w:p w14:paraId="4600A582" w14:textId="77777777" w:rsidR="00677201" w:rsidRDefault="00000000">
            <w:r>
              <w:lastRenderedPageBreak/>
              <w:t>14</w:t>
            </w:r>
          </w:p>
        </w:tc>
        <w:tc>
          <w:tcPr>
            <w:tcW w:w="1575" w:type="dxa"/>
          </w:tcPr>
          <w:p w14:paraId="21DA3F8D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Colaboro para prevenir situaciones de conflicto.</w:t>
            </w:r>
          </w:p>
        </w:tc>
        <w:tc>
          <w:tcPr>
            <w:tcW w:w="1177" w:type="dxa"/>
          </w:tcPr>
          <w:p w14:paraId="4CC4B719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1B120B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341A04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7AF287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55B091E2" w14:textId="77777777" w:rsidR="00677201" w:rsidRDefault="00000000">
            <w:r>
              <w:t>☐</w:t>
            </w:r>
          </w:p>
        </w:tc>
      </w:tr>
      <w:tr w:rsidR="00677201" w14:paraId="161F0906" w14:textId="77777777" w:rsidTr="006640BE">
        <w:tc>
          <w:tcPr>
            <w:tcW w:w="1180" w:type="dxa"/>
          </w:tcPr>
          <w:p w14:paraId="3BA3677E" w14:textId="77777777" w:rsidR="00677201" w:rsidRDefault="00000000">
            <w:r>
              <w:t>15</w:t>
            </w:r>
          </w:p>
        </w:tc>
        <w:tc>
          <w:tcPr>
            <w:tcW w:w="1575" w:type="dxa"/>
          </w:tcPr>
          <w:p w14:paraId="06C614C9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Utilizo el diálogo antes que la confrontación.</w:t>
            </w:r>
          </w:p>
        </w:tc>
        <w:tc>
          <w:tcPr>
            <w:tcW w:w="1177" w:type="dxa"/>
          </w:tcPr>
          <w:p w14:paraId="7818057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C97552A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4AB147B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23DA5ED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2133682" w14:textId="77777777" w:rsidR="00677201" w:rsidRDefault="00000000">
            <w:r>
              <w:t>☐</w:t>
            </w:r>
          </w:p>
        </w:tc>
      </w:tr>
      <w:tr w:rsidR="00677201" w14:paraId="6D77B41E" w14:textId="77777777" w:rsidTr="006640BE">
        <w:tc>
          <w:tcPr>
            <w:tcW w:w="1180" w:type="dxa"/>
          </w:tcPr>
          <w:p w14:paraId="3FA9DEF5" w14:textId="77777777" w:rsidR="00677201" w:rsidRDefault="00000000">
            <w:r>
              <w:t>16</w:t>
            </w:r>
          </w:p>
        </w:tc>
        <w:tc>
          <w:tcPr>
            <w:tcW w:w="1575" w:type="dxa"/>
          </w:tcPr>
          <w:p w14:paraId="72DB242F" w14:textId="77777777" w:rsidR="00677201" w:rsidRDefault="00000000">
            <w:r>
              <w:t>Propongo alternativas para resolver problemas de convivencia.</w:t>
            </w:r>
          </w:p>
        </w:tc>
        <w:tc>
          <w:tcPr>
            <w:tcW w:w="1177" w:type="dxa"/>
          </w:tcPr>
          <w:p w14:paraId="5C080E57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C1B15C5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761EEB33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B31EC0E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539978C" w14:textId="77777777" w:rsidR="00677201" w:rsidRDefault="00000000">
            <w:r>
              <w:t>☐</w:t>
            </w:r>
          </w:p>
        </w:tc>
      </w:tr>
      <w:tr w:rsidR="00677201" w14:paraId="20945281" w14:textId="77777777" w:rsidTr="006640BE">
        <w:tc>
          <w:tcPr>
            <w:tcW w:w="1180" w:type="dxa"/>
          </w:tcPr>
          <w:p w14:paraId="2445D012" w14:textId="77777777" w:rsidR="00677201" w:rsidRDefault="00000000">
            <w:r>
              <w:t>17</w:t>
            </w:r>
          </w:p>
        </w:tc>
        <w:tc>
          <w:tcPr>
            <w:tcW w:w="1575" w:type="dxa"/>
          </w:tcPr>
          <w:p w14:paraId="254C0F0B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Respeto los derechos de todos los miembros de la comunidad educativa.</w:t>
            </w:r>
          </w:p>
        </w:tc>
        <w:tc>
          <w:tcPr>
            <w:tcW w:w="1177" w:type="dxa"/>
          </w:tcPr>
          <w:p w14:paraId="71E9DDED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33F3D17F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BB8CD7B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BAFA114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4BC35B59" w14:textId="77777777" w:rsidR="00677201" w:rsidRDefault="00000000">
            <w:r>
              <w:t>☐</w:t>
            </w:r>
          </w:p>
        </w:tc>
      </w:tr>
      <w:tr w:rsidR="00677201" w14:paraId="27865137" w14:textId="77777777" w:rsidTr="006640BE">
        <w:tc>
          <w:tcPr>
            <w:tcW w:w="1180" w:type="dxa"/>
          </w:tcPr>
          <w:p w14:paraId="752DEB4A" w14:textId="77777777" w:rsidR="00677201" w:rsidRDefault="00000000">
            <w:r>
              <w:t>18</w:t>
            </w:r>
          </w:p>
        </w:tc>
        <w:tc>
          <w:tcPr>
            <w:tcW w:w="1575" w:type="dxa"/>
          </w:tcPr>
          <w:p w14:paraId="7DA85A35" w14:textId="77777777" w:rsidR="00677201" w:rsidRPr="006640BE" w:rsidRDefault="00000000">
            <w:pPr>
              <w:rPr>
                <w:lang w:val="es-CO"/>
              </w:rPr>
            </w:pPr>
            <w:r w:rsidRPr="006640BE">
              <w:rPr>
                <w:lang w:val="es-CO"/>
              </w:rPr>
              <w:t>Favorezco un clima escolar seguro, inclusivo y accesible.</w:t>
            </w:r>
          </w:p>
        </w:tc>
        <w:tc>
          <w:tcPr>
            <w:tcW w:w="1177" w:type="dxa"/>
          </w:tcPr>
          <w:p w14:paraId="3E99ABD9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86282C5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663F785C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2BF9557D" w14:textId="77777777" w:rsidR="00677201" w:rsidRDefault="00000000">
            <w:r>
              <w:t>☐</w:t>
            </w:r>
          </w:p>
        </w:tc>
        <w:tc>
          <w:tcPr>
            <w:tcW w:w="1177" w:type="dxa"/>
          </w:tcPr>
          <w:p w14:paraId="17515DC0" w14:textId="77777777" w:rsidR="00677201" w:rsidRDefault="00000000">
            <w:r>
              <w:t>☐</w:t>
            </w:r>
          </w:p>
        </w:tc>
      </w:tr>
    </w:tbl>
    <w:p w14:paraId="66E662E0" w14:textId="77777777" w:rsidR="00677201" w:rsidRDefault="00000000">
      <w:pPr>
        <w:pStyle w:val="Ttulo2"/>
      </w:pPr>
      <w:r>
        <w:t>Sistema de puntuación</w:t>
      </w:r>
    </w:p>
    <w:p w14:paraId="2F6C188C" w14:textId="77777777" w:rsidR="00677201" w:rsidRPr="006640BE" w:rsidRDefault="00000000">
      <w:pPr>
        <w:rPr>
          <w:lang w:val="es-CO"/>
        </w:rPr>
      </w:pPr>
      <w:r w:rsidRPr="006640BE">
        <w:rPr>
          <w:lang w:val="es-CO"/>
        </w:rPr>
        <w:t>Sume las respuestas de los 18 ítems. Un mayor puntaje refleja un mayor nivel de convivencia escolar orientada al diálogo, la tolerancia y la solución pacífica de conflictos.</w:t>
      </w:r>
    </w:p>
    <w:p w14:paraId="31D10A2B" w14:textId="77777777" w:rsidR="00DA2F20" w:rsidRDefault="00DA2F20"/>
    <w:sectPr w:rsidR="00DA2F2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2655" w14:textId="77777777" w:rsidR="00787A4C" w:rsidRDefault="00787A4C" w:rsidP="006640BE">
      <w:pPr>
        <w:spacing w:after="0" w:line="240" w:lineRule="auto"/>
      </w:pPr>
      <w:r>
        <w:separator/>
      </w:r>
    </w:p>
  </w:endnote>
  <w:endnote w:type="continuationSeparator" w:id="0">
    <w:p w14:paraId="00815719" w14:textId="77777777" w:rsidR="00787A4C" w:rsidRDefault="00787A4C" w:rsidP="0066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9148" w14:textId="77777777" w:rsidR="00787A4C" w:rsidRDefault="00787A4C" w:rsidP="006640BE">
      <w:pPr>
        <w:spacing w:after="0" w:line="240" w:lineRule="auto"/>
      </w:pPr>
      <w:r>
        <w:separator/>
      </w:r>
    </w:p>
  </w:footnote>
  <w:footnote w:type="continuationSeparator" w:id="0">
    <w:p w14:paraId="76772E08" w14:textId="77777777" w:rsidR="00787A4C" w:rsidRDefault="00787A4C" w:rsidP="00664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7C94" w14:textId="1878E902" w:rsidR="006640BE" w:rsidRDefault="006640B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21FD65" wp14:editId="067ACB7B">
          <wp:simplePos x="0" y="0"/>
          <wp:positionH relativeFrom="column">
            <wp:posOffset>-1038225</wp:posOffset>
          </wp:positionH>
          <wp:positionV relativeFrom="paragraph">
            <wp:posOffset>-476250</wp:posOffset>
          </wp:positionV>
          <wp:extent cx="3429000" cy="952500"/>
          <wp:effectExtent l="0" t="0" r="0" b="0"/>
          <wp:wrapNone/>
          <wp:docPr id="3497167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2C052D" w14:textId="77777777" w:rsidR="006640BE" w:rsidRDefault="006640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792462">
    <w:abstractNumId w:val="8"/>
  </w:num>
  <w:num w:numId="2" w16cid:durableId="452023370">
    <w:abstractNumId w:val="6"/>
  </w:num>
  <w:num w:numId="3" w16cid:durableId="705134087">
    <w:abstractNumId w:val="5"/>
  </w:num>
  <w:num w:numId="4" w16cid:durableId="1131745868">
    <w:abstractNumId w:val="4"/>
  </w:num>
  <w:num w:numId="5" w16cid:durableId="1095444094">
    <w:abstractNumId w:val="7"/>
  </w:num>
  <w:num w:numId="6" w16cid:durableId="966591074">
    <w:abstractNumId w:val="3"/>
  </w:num>
  <w:num w:numId="7" w16cid:durableId="1060708310">
    <w:abstractNumId w:val="2"/>
  </w:num>
  <w:num w:numId="8" w16cid:durableId="2066642649">
    <w:abstractNumId w:val="1"/>
  </w:num>
  <w:num w:numId="9" w16cid:durableId="155747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068"/>
    <w:rsid w:val="0003283B"/>
    <w:rsid w:val="00034616"/>
    <w:rsid w:val="0006063C"/>
    <w:rsid w:val="0015074B"/>
    <w:rsid w:val="0029639D"/>
    <w:rsid w:val="00326F90"/>
    <w:rsid w:val="006640BE"/>
    <w:rsid w:val="00677201"/>
    <w:rsid w:val="00787A4C"/>
    <w:rsid w:val="009B6F0A"/>
    <w:rsid w:val="00AA1D8D"/>
    <w:rsid w:val="00B47730"/>
    <w:rsid w:val="00B6673D"/>
    <w:rsid w:val="00CB0664"/>
    <w:rsid w:val="00D20432"/>
    <w:rsid w:val="00DA2F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453B6"/>
  <w14:defaultImageDpi w14:val="300"/>
  <w15:docId w15:val="{75A5B770-475A-45FD-8042-787748BE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6640BE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Beatriz Giraldo</cp:lastModifiedBy>
  <cp:revision>4</cp:revision>
  <dcterms:created xsi:type="dcterms:W3CDTF">2026-07-14T05:31:00Z</dcterms:created>
  <dcterms:modified xsi:type="dcterms:W3CDTF">2026-07-14T05:58:00Z</dcterms:modified>
  <cp:category/>
</cp:coreProperties>
</file>